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8939" w14:textId="781956F5" w:rsidR="00F226C3" w:rsidRPr="00EA2666" w:rsidRDefault="00B23E2F">
      <w:pPr>
        <w:spacing w:after="0" w:line="360" w:lineRule="auto"/>
        <w:jc w:val="right"/>
        <w:rPr>
          <w:rFonts w:ascii="Arial" w:hAnsi="Arial" w:cs="Arial"/>
        </w:rPr>
      </w:pPr>
      <w:r w:rsidRPr="00EA2666">
        <w:rPr>
          <w:rFonts w:ascii="Arial" w:hAnsi="Arial" w:cs="Arial"/>
          <w:b/>
        </w:rPr>
        <w:t>/ТӨСӨЛ/</w:t>
      </w:r>
    </w:p>
    <w:p w14:paraId="4C4A36BC" w14:textId="26AED93C" w:rsidR="00F226C3" w:rsidRDefault="00F226C3">
      <w:pPr>
        <w:spacing w:after="0" w:line="360" w:lineRule="auto"/>
        <w:jc w:val="right"/>
        <w:rPr>
          <w:rFonts w:ascii="Arial" w:hAnsi="Arial" w:cs="Arial"/>
        </w:rPr>
      </w:pPr>
    </w:p>
    <w:p w14:paraId="56229AC5" w14:textId="72F83F93" w:rsidR="00F226C3" w:rsidRPr="00EA2666" w:rsidRDefault="00847C00">
      <w:pPr>
        <w:spacing w:before="240" w:after="240" w:line="360" w:lineRule="auto"/>
        <w:jc w:val="center"/>
        <w:rPr>
          <w:rFonts w:ascii="Arial" w:hAnsi="Arial" w:cs="Arial"/>
        </w:rPr>
      </w:pPr>
      <w:r w:rsidRPr="00EA2666">
        <w:rPr>
          <w:rFonts w:ascii="Arial" w:hAnsi="Arial" w:cs="Arial"/>
          <w:b/>
        </w:rPr>
        <w:t>НИЙГМИЙН ЭРҮҮЛ МЭНД</w:t>
      </w:r>
      <w:r w:rsidR="00B23E2F" w:rsidRPr="00EA2666">
        <w:rPr>
          <w:rFonts w:ascii="Arial" w:hAnsi="Arial" w:cs="Arial"/>
          <w:b/>
        </w:rPr>
        <w:t>ИЙН</w:t>
      </w:r>
      <w:r w:rsidRPr="00EA2666">
        <w:rPr>
          <w:rFonts w:ascii="Arial" w:hAnsi="Arial" w:cs="Arial"/>
          <w:b/>
        </w:rPr>
        <w:t xml:space="preserve"> МЭДЭЭЛЛИЙН САН</w:t>
      </w:r>
      <w:r w:rsidR="00B23E2F" w:rsidRPr="00EA2666">
        <w:rPr>
          <w:rFonts w:ascii="Arial" w:hAnsi="Arial" w:cs="Arial"/>
          <w:b/>
        </w:rPr>
        <w:t>Г</w:t>
      </w:r>
      <w:r w:rsidRPr="00EA2666">
        <w:rPr>
          <w:rFonts w:ascii="Arial" w:hAnsi="Arial" w:cs="Arial"/>
          <w:b/>
        </w:rPr>
        <w:t xml:space="preserve"> БҮРДҮҮЛЭХ, </w:t>
      </w:r>
      <w:r w:rsidR="00B23E2F" w:rsidRPr="00EA2666">
        <w:rPr>
          <w:rFonts w:ascii="Arial" w:hAnsi="Arial" w:cs="Arial"/>
          <w:b/>
        </w:rPr>
        <w:t xml:space="preserve">БОЛОВСРУУЛАХ, </w:t>
      </w:r>
      <w:r w:rsidRPr="00EA2666">
        <w:rPr>
          <w:rFonts w:ascii="Arial" w:hAnsi="Arial" w:cs="Arial"/>
          <w:b/>
        </w:rPr>
        <w:t>А</w:t>
      </w:r>
      <w:r w:rsidR="00B23E2F" w:rsidRPr="00EA2666">
        <w:rPr>
          <w:rFonts w:ascii="Arial" w:hAnsi="Arial" w:cs="Arial"/>
          <w:b/>
        </w:rPr>
        <w:t>ШИГЛАХ</w:t>
      </w:r>
      <w:r w:rsidR="007D482E">
        <w:rPr>
          <w:rFonts w:ascii="Arial" w:hAnsi="Arial" w:cs="Arial"/>
          <w:b/>
        </w:rPr>
        <w:t>, ХАДГАЛАХ, АЮУЛГҮЙ БАЙДЛЫГ ХАНГАХ</w:t>
      </w:r>
      <w:r w:rsidRPr="00EA2666">
        <w:rPr>
          <w:rFonts w:ascii="Arial" w:hAnsi="Arial" w:cs="Arial"/>
          <w:b/>
        </w:rPr>
        <w:t xml:space="preserve"> ЖУРАМ</w:t>
      </w:r>
    </w:p>
    <w:p w14:paraId="0898548E" w14:textId="77777777" w:rsidR="00F226C3" w:rsidRPr="00EA2666" w:rsidRDefault="00847C00">
      <w:pPr>
        <w:spacing w:before="160" w:after="120" w:line="360" w:lineRule="auto"/>
        <w:rPr>
          <w:rFonts w:ascii="Arial" w:hAnsi="Arial" w:cs="Arial"/>
        </w:rPr>
      </w:pPr>
      <w:r w:rsidRPr="00EA2666">
        <w:rPr>
          <w:rFonts w:ascii="Arial" w:hAnsi="Arial" w:cs="Arial"/>
          <w:b/>
        </w:rPr>
        <w:t>НЭГ. НИЙТЛЭГ ҮНДЭСЛЭЛ</w:t>
      </w:r>
    </w:p>
    <w:p w14:paraId="00BE8F42" w14:textId="656DCDFB" w:rsidR="00D0245D" w:rsidRPr="00D0245D" w:rsidRDefault="00D0245D" w:rsidP="00D024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proofErr w:type="spellStart"/>
      <w:r w:rsidRPr="00D0245D">
        <w:rPr>
          <w:rFonts w:ascii="Arial" w:hAnsi="Arial" w:cs="Arial"/>
        </w:rPr>
        <w:t>Засгийн</w:t>
      </w:r>
      <w:proofErr w:type="spellEnd"/>
      <w:r w:rsidRPr="00D0245D">
        <w:rPr>
          <w:rFonts w:ascii="Arial" w:hAnsi="Arial" w:cs="Arial"/>
        </w:rPr>
        <w:t xml:space="preserve"> </w:t>
      </w:r>
      <w:proofErr w:type="spellStart"/>
      <w:r w:rsidRPr="00D0245D">
        <w:rPr>
          <w:rFonts w:ascii="Arial" w:hAnsi="Arial" w:cs="Arial"/>
        </w:rPr>
        <w:t>газрын</w:t>
      </w:r>
      <w:proofErr w:type="spellEnd"/>
      <w:r w:rsidRPr="00D0245D">
        <w:rPr>
          <w:rFonts w:ascii="Arial" w:hAnsi="Arial" w:cs="Arial"/>
        </w:rPr>
        <w:t xml:space="preserve"> 2024 </w:t>
      </w:r>
      <w:proofErr w:type="spellStart"/>
      <w:r w:rsidRPr="00D0245D">
        <w:rPr>
          <w:rFonts w:ascii="Arial" w:hAnsi="Arial" w:cs="Arial"/>
        </w:rPr>
        <w:t>оны</w:t>
      </w:r>
      <w:proofErr w:type="spellEnd"/>
      <w:r w:rsidRPr="00D0245D">
        <w:rPr>
          <w:rFonts w:ascii="Arial" w:hAnsi="Arial" w:cs="Arial"/>
        </w:rPr>
        <w:t xml:space="preserve"> 03 </w:t>
      </w:r>
      <w:proofErr w:type="spellStart"/>
      <w:r w:rsidRPr="00D0245D">
        <w:rPr>
          <w:rFonts w:ascii="Arial" w:hAnsi="Arial" w:cs="Arial"/>
        </w:rPr>
        <w:t>дугаар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0245D">
        <w:rPr>
          <w:rFonts w:ascii="Arial" w:hAnsi="Arial" w:cs="Arial"/>
        </w:rPr>
        <w:t>сарын</w:t>
      </w:r>
      <w:proofErr w:type="spellEnd"/>
      <w:r w:rsidRPr="00D0245D">
        <w:rPr>
          <w:rFonts w:ascii="Arial" w:hAnsi="Arial" w:cs="Arial"/>
        </w:rPr>
        <w:t xml:space="preserve"> 06-ны </w:t>
      </w:r>
      <w:proofErr w:type="spellStart"/>
      <w:r w:rsidRPr="00D0245D">
        <w:rPr>
          <w:rFonts w:ascii="Arial" w:hAnsi="Arial" w:cs="Arial"/>
        </w:rPr>
        <w:t>өдрийн</w:t>
      </w:r>
      <w:proofErr w:type="spellEnd"/>
      <w:r w:rsidRPr="00D0245D">
        <w:rPr>
          <w:rFonts w:ascii="Arial" w:hAnsi="Arial" w:cs="Arial"/>
        </w:rPr>
        <w:t xml:space="preserve"> 100 </w:t>
      </w:r>
      <w:proofErr w:type="spellStart"/>
      <w:r w:rsidRPr="00D0245D">
        <w:rPr>
          <w:rFonts w:ascii="Arial" w:hAnsi="Arial" w:cs="Arial"/>
        </w:rPr>
        <w:t>дугаар</w:t>
      </w:r>
      <w:proofErr w:type="spellEnd"/>
      <w:r w:rsidRPr="00D0245D">
        <w:rPr>
          <w:rFonts w:ascii="Arial" w:hAnsi="Arial" w:cs="Arial"/>
        </w:rPr>
        <w:t xml:space="preserve"> </w:t>
      </w:r>
      <w:proofErr w:type="spellStart"/>
      <w:r w:rsidRPr="00D0245D">
        <w:rPr>
          <w:rFonts w:ascii="Arial" w:hAnsi="Arial" w:cs="Arial"/>
        </w:rPr>
        <w:t>тогтоол</w:t>
      </w:r>
      <w:proofErr w:type="spellEnd"/>
      <w:r>
        <w:rPr>
          <w:rFonts w:ascii="Arial" w:hAnsi="Arial"/>
          <w:lang w:val="mn-MN" w:bidi="mn-Mong-MN"/>
        </w:rPr>
        <w:t>оор батлагдсан “</w:t>
      </w:r>
      <w:r w:rsidRPr="00D0245D">
        <w:rPr>
          <w:rFonts w:ascii="Arial" w:hAnsi="Arial" w:cs="Arial"/>
        </w:rPr>
        <w:t>ЭРҮҮЛ МЭНДИЙН МЭДЭЭЛЛИЙГ ЦУГЛУУЛАХ, БОЛОВСРУУЛАХ, АШИГЛАХ, ХАДГАЛАХ, АЮУЛГҮЙ БАЙДЛЫГ ХАНГАХ ЖУРАМ</w:t>
      </w:r>
      <w:r>
        <w:rPr>
          <w:rFonts w:ascii="Arial" w:hAnsi="Arial" w:cs="Arial"/>
        </w:rPr>
        <w:t>”-</w:t>
      </w:r>
      <w:proofErr w:type="spellStart"/>
      <w:r>
        <w:rPr>
          <w:rFonts w:ascii="Arial" w:hAnsi="Arial" w:cs="Arial"/>
        </w:rPr>
        <w:t>ыг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D482E">
        <w:rPr>
          <w:rFonts w:ascii="Arial" w:hAnsi="Arial" w:cs="Arial"/>
        </w:rPr>
        <w:t>үндэслэл</w:t>
      </w:r>
      <w:proofErr w:type="spellEnd"/>
      <w:r w:rsidR="007D482E">
        <w:rPr>
          <w:rFonts w:ascii="Arial" w:hAnsi="Arial" w:cs="Arial"/>
        </w:rPr>
        <w:t xml:space="preserve"> </w:t>
      </w:r>
      <w:proofErr w:type="spellStart"/>
      <w:r w:rsidR="007D482E">
        <w:rPr>
          <w:rFonts w:ascii="Arial" w:hAnsi="Arial" w:cs="Arial"/>
        </w:rPr>
        <w:t>болгоно</w:t>
      </w:r>
      <w:proofErr w:type="spellEnd"/>
      <w:r w:rsidR="007D482E">
        <w:rPr>
          <w:rFonts w:ascii="Arial" w:hAnsi="Arial" w:cs="Arial"/>
        </w:rPr>
        <w:t>.</w:t>
      </w:r>
    </w:p>
    <w:p w14:paraId="06DB212D" w14:textId="57BED78D" w:rsidR="00A55471" w:rsidRPr="000438FE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>1.</w:t>
      </w:r>
      <w:r w:rsidR="007D482E">
        <w:rPr>
          <w:rFonts w:ascii="Arial" w:hAnsi="Arial" w:cs="Arial"/>
        </w:rPr>
        <w:t>2</w:t>
      </w:r>
      <w:r w:rsidRPr="00A55471">
        <w:rPr>
          <w:rFonts w:ascii="Arial" w:hAnsi="Arial" w:cs="Arial"/>
        </w:rPr>
        <w:t xml:space="preserve">. </w:t>
      </w:r>
      <w:proofErr w:type="spellStart"/>
      <w:r w:rsidRPr="00A55471">
        <w:rPr>
          <w:rFonts w:ascii="Arial" w:hAnsi="Arial" w:cs="Arial"/>
        </w:rPr>
        <w:t>Энэхүү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журмаар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Нийгмийн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эрүүл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мэндийн</w:t>
      </w:r>
      <w:proofErr w:type="spellEnd"/>
      <w:r w:rsidR="00971E41" w:rsidRPr="000438FE">
        <w:rPr>
          <w:rFonts w:ascii="Arial" w:hAnsi="Arial" w:cs="Arial"/>
        </w:rPr>
        <w:t xml:space="preserve"> </w:t>
      </w:r>
      <w:proofErr w:type="spellStart"/>
      <w:r w:rsidR="00971E41" w:rsidRPr="000438FE">
        <w:rPr>
          <w:rFonts w:ascii="Arial" w:hAnsi="Arial" w:cs="Arial"/>
        </w:rPr>
        <w:t>тусламж</w:t>
      </w:r>
      <w:proofErr w:type="spellEnd"/>
      <w:r w:rsidR="00971E41" w:rsidRPr="000438FE">
        <w:rPr>
          <w:rFonts w:ascii="Arial" w:hAnsi="Arial" w:cs="Arial"/>
        </w:rPr>
        <w:t xml:space="preserve">, </w:t>
      </w:r>
      <w:proofErr w:type="spellStart"/>
      <w:r w:rsidR="00971E41" w:rsidRPr="000438FE">
        <w:rPr>
          <w:rFonts w:ascii="Arial" w:hAnsi="Arial" w:cs="Arial"/>
        </w:rPr>
        <w:t>үйлчилгээний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тухай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хуулийн</w:t>
      </w:r>
      <w:proofErr w:type="spellEnd"/>
      <w:r w:rsidRPr="000438FE">
        <w:rPr>
          <w:rFonts w:ascii="Arial" w:hAnsi="Arial" w:cs="Arial"/>
        </w:rPr>
        <w:t xml:space="preserve"> 3.1.18-д </w:t>
      </w:r>
      <w:proofErr w:type="spellStart"/>
      <w:r w:rsidRPr="000438FE">
        <w:rPr>
          <w:rFonts w:ascii="Arial" w:hAnsi="Arial" w:cs="Arial"/>
        </w:rPr>
        <w:t>заасан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нийгмийн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эрүүл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мэндийн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</w:t>
      </w:r>
      <w:proofErr w:type="spellEnd"/>
      <w:r w:rsidRPr="000438FE">
        <w:rPr>
          <w:rFonts w:ascii="Arial" w:hAnsi="Arial" w:cs="Arial"/>
        </w:rPr>
        <w:t xml:space="preserve"> /</w:t>
      </w:r>
      <w:proofErr w:type="spellStart"/>
      <w:r w:rsidRPr="000438FE">
        <w:rPr>
          <w:rFonts w:ascii="Arial" w:hAnsi="Arial" w:cs="Arial"/>
        </w:rPr>
        <w:t>цаашид</w:t>
      </w:r>
      <w:proofErr w:type="spellEnd"/>
      <w:r w:rsidRPr="000438FE">
        <w:rPr>
          <w:rFonts w:ascii="Arial" w:hAnsi="Arial" w:cs="Arial"/>
        </w:rPr>
        <w:t xml:space="preserve"> “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</w:t>
      </w:r>
      <w:proofErr w:type="spellEnd"/>
      <w:r w:rsidRPr="000438FE">
        <w:rPr>
          <w:rFonts w:ascii="Arial" w:hAnsi="Arial" w:cs="Arial"/>
        </w:rPr>
        <w:t xml:space="preserve">” </w:t>
      </w:r>
      <w:proofErr w:type="spellStart"/>
      <w:r w:rsidRPr="000438FE">
        <w:rPr>
          <w:rFonts w:ascii="Arial" w:hAnsi="Arial" w:cs="Arial"/>
        </w:rPr>
        <w:t>гэх</w:t>
      </w:r>
      <w:proofErr w:type="spellEnd"/>
      <w:r w:rsidRPr="000438FE">
        <w:rPr>
          <w:rFonts w:ascii="Arial" w:hAnsi="Arial" w:cs="Arial"/>
        </w:rPr>
        <w:t xml:space="preserve">/-г </w:t>
      </w:r>
      <w:proofErr w:type="spellStart"/>
      <w:r w:rsidRPr="000438FE">
        <w:rPr>
          <w:rFonts w:ascii="Arial" w:hAnsi="Arial" w:cs="Arial"/>
        </w:rPr>
        <w:t>цуглуулах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боловсруулах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мэдээлэл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солилцох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нууцлал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аюулгүй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байдлыг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хангахтай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холбогдсон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харилцааг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зохицуулна</w:t>
      </w:r>
      <w:proofErr w:type="spellEnd"/>
      <w:r w:rsidRPr="000438FE">
        <w:rPr>
          <w:rFonts w:ascii="Arial" w:hAnsi="Arial" w:cs="Arial"/>
        </w:rPr>
        <w:t>.</w:t>
      </w:r>
    </w:p>
    <w:p w14:paraId="1F947F9C" w14:textId="007D7E99" w:rsidR="00A55471" w:rsidRPr="000438FE" w:rsidRDefault="00A55471" w:rsidP="00A55471">
      <w:pPr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> 1.</w:t>
      </w:r>
      <w:r w:rsidR="007D482E" w:rsidRPr="000438FE">
        <w:rPr>
          <w:rFonts w:ascii="Arial" w:hAnsi="Arial" w:cs="Arial"/>
        </w:rPr>
        <w:t>3</w:t>
      </w:r>
      <w:r w:rsidRPr="000438FE">
        <w:rPr>
          <w:rFonts w:ascii="Arial" w:hAnsi="Arial" w:cs="Arial"/>
        </w:rPr>
        <w:t xml:space="preserve">.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бүрдүүлэх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мэдээлэл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солилцох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ажиллуулахтай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холбоотой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үйл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ажиллагаанд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оролцогч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байгууллага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албан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тушаалтан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нь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Эрүүл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мэндийн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тухай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хууль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Хүний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хувийн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мэдээлэл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хамгаалах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тухай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хууль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Нийтийн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ил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тод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байдлын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тухай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хууль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Кибер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аюулгүй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байдлын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тухай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хууль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Статистикийн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тухай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хууль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болон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холбогдох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бусад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хууль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тогтоомжийг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мөрдөнө</w:t>
      </w:r>
      <w:proofErr w:type="spellEnd"/>
      <w:r w:rsidRPr="000438FE">
        <w:rPr>
          <w:rFonts w:ascii="Arial" w:hAnsi="Arial" w:cs="Arial"/>
        </w:rPr>
        <w:t>.</w:t>
      </w:r>
    </w:p>
    <w:p w14:paraId="1EF0495C" w14:textId="4A8E8678" w:rsidR="00A55471" w:rsidRPr="000438FE" w:rsidRDefault="00A55471" w:rsidP="00A55471">
      <w:pPr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>1.</w:t>
      </w:r>
      <w:r w:rsidR="007D482E" w:rsidRPr="000438FE">
        <w:rPr>
          <w:rFonts w:ascii="Arial" w:hAnsi="Arial" w:cs="Arial"/>
        </w:rPr>
        <w:t>4</w:t>
      </w:r>
      <w:r w:rsidRPr="000438FE">
        <w:rPr>
          <w:rFonts w:ascii="Arial" w:hAnsi="Arial" w:cs="Arial"/>
        </w:rPr>
        <w:t xml:space="preserve">. </w:t>
      </w:r>
      <w:proofErr w:type="spellStart"/>
      <w:r w:rsidRPr="000438FE">
        <w:rPr>
          <w:rFonts w:ascii="Arial" w:hAnsi="Arial" w:cs="Arial"/>
        </w:rPr>
        <w:t>Нийгмийн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эрүүл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мэндийн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мэдээллийг</w:t>
      </w:r>
      <w:proofErr w:type="spellEnd"/>
      <w:r w:rsidRPr="000438FE">
        <w:rPr>
          <w:rFonts w:ascii="Arial" w:hAnsi="Arial" w:cs="Arial"/>
        </w:rPr>
        <w:t> "</w:t>
      </w:r>
      <w:proofErr w:type="spellStart"/>
      <w:r w:rsidRPr="000438FE">
        <w:rPr>
          <w:rFonts w:ascii="Arial" w:hAnsi="Arial" w:cs="Arial"/>
        </w:rPr>
        <w:t>эрүүл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мэндийн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салбарын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мэдээлэл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солилцооны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систем</w:t>
      </w:r>
      <w:proofErr w:type="spellEnd"/>
      <w:r w:rsidRPr="000438FE">
        <w:rPr>
          <w:rFonts w:ascii="Arial" w:hAnsi="Arial" w:cs="Arial"/>
        </w:rPr>
        <w:t>"-</w:t>
      </w:r>
      <w:proofErr w:type="spellStart"/>
      <w:r w:rsidRPr="000438FE">
        <w:rPr>
          <w:rFonts w:ascii="Arial" w:hAnsi="Arial" w:cs="Arial"/>
        </w:rPr>
        <w:t>ээр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дамжуулан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солилцоно</w:t>
      </w:r>
      <w:proofErr w:type="spellEnd"/>
      <w:r w:rsidRPr="000438FE">
        <w:rPr>
          <w:rFonts w:ascii="Arial" w:hAnsi="Arial" w:cs="Arial"/>
        </w:rPr>
        <w:t>.</w:t>
      </w:r>
    </w:p>
    <w:p w14:paraId="6CD353F0" w14:textId="4514B2E3" w:rsidR="00A55471" w:rsidRPr="000438FE" w:rsidRDefault="00A55471" w:rsidP="00A55471">
      <w:pPr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>1.</w:t>
      </w:r>
      <w:r w:rsidR="007D482E" w:rsidRPr="000438FE">
        <w:rPr>
          <w:rFonts w:ascii="Arial" w:hAnsi="Arial" w:cs="Arial"/>
        </w:rPr>
        <w:t>5</w:t>
      </w:r>
      <w:r w:rsidRPr="000438FE">
        <w:rPr>
          <w:rFonts w:ascii="Arial" w:hAnsi="Arial" w:cs="Arial"/>
        </w:rPr>
        <w:t xml:space="preserve">. </w:t>
      </w:r>
      <w:proofErr w:type="spellStart"/>
      <w:r w:rsidRPr="000438FE">
        <w:rPr>
          <w:rFonts w:ascii="Arial" w:hAnsi="Arial" w:cs="Arial"/>
        </w:rPr>
        <w:t>Нийгмийн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эрүүл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мэндийн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нэгдсэн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</w:t>
      </w:r>
      <w:proofErr w:type="spellEnd"/>
      <w:r w:rsidRPr="000438FE">
        <w:rPr>
          <w:rFonts w:ascii="Arial" w:hAnsi="Arial" w:cs="Arial"/>
        </w:rPr>
        <w:t> (</w:t>
      </w:r>
      <w:proofErr w:type="spellStart"/>
      <w:r w:rsidRPr="000438FE">
        <w:rPr>
          <w:rFonts w:ascii="Arial" w:hAnsi="Arial" w:cs="Arial"/>
        </w:rPr>
        <w:t>цаашид</w:t>
      </w:r>
      <w:proofErr w:type="spellEnd"/>
      <w:r w:rsidRPr="000438FE">
        <w:rPr>
          <w:rFonts w:ascii="Arial" w:hAnsi="Arial" w:cs="Arial"/>
        </w:rPr>
        <w:t xml:space="preserve"> "</w:t>
      </w:r>
      <w:proofErr w:type="spellStart"/>
      <w:r w:rsidRPr="000438FE">
        <w:rPr>
          <w:rFonts w:ascii="Arial" w:hAnsi="Arial" w:cs="Arial"/>
        </w:rPr>
        <w:t>нэгдсэн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</w:t>
      </w:r>
      <w:proofErr w:type="spellEnd"/>
      <w:r w:rsidRPr="000438FE">
        <w:rPr>
          <w:rFonts w:ascii="Arial" w:hAnsi="Arial" w:cs="Arial"/>
        </w:rPr>
        <w:t xml:space="preserve">" </w:t>
      </w:r>
      <w:proofErr w:type="spellStart"/>
      <w:r w:rsidRPr="000438FE">
        <w:rPr>
          <w:rFonts w:ascii="Arial" w:hAnsi="Arial" w:cs="Arial"/>
        </w:rPr>
        <w:t>гэх</w:t>
      </w:r>
      <w:proofErr w:type="spellEnd"/>
      <w:r w:rsidRPr="000438FE">
        <w:rPr>
          <w:rFonts w:ascii="Arial" w:hAnsi="Arial" w:cs="Arial"/>
        </w:rPr>
        <w:t>) </w:t>
      </w:r>
      <w:proofErr w:type="spellStart"/>
      <w:r w:rsidRPr="000438FE">
        <w:rPr>
          <w:rFonts w:ascii="Arial" w:hAnsi="Arial" w:cs="Arial"/>
        </w:rPr>
        <w:t>нь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нэгдсэн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ангилал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код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тайлбар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нийгэм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болон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эрүүл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мэндийн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тусламж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үйлчилгээний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бусад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төрөлжсөн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сангаас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бүрдэнэ</w:t>
      </w:r>
      <w:proofErr w:type="spellEnd"/>
      <w:r w:rsidRPr="000438FE">
        <w:rPr>
          <w:rFonts w:ascii="Arial" w:hAnsi="Arial" w:cs="Arial"/>
        </w:rPr>
        <w:t>.</w:t>
      </w:r>
    </w:p>
    <w:p w14:paraId="02481314" w14:textId="40196866" w:rsidR="00A55471" w:rsidRPr="000438FE" w:rsidRDefault="00A55471" w:rsidP="00A55471">
      <w:pPr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>1.</w:t>
      </w:r>
      <w:r w:rsidR="007D482E" w:rsidRPr="000438FE">
        <w:rPr>
          <w:rFonts w:ascii="Arial" w:hAnsi="Arial" w:cs="Arial"/>
        </w:rPr>
        <w:t>6</w:t>
      </w:r>
      <w:r w:rsidRPr="000438FE">
        <w:rPr>
          <w:rFonts w:ascii="Arial" w:hAnsi="Arial" w:cs="Arial"/>
        </w:rPr>
        <w:t xml:space="preserve">. </w:t>
      </w:r>
      <w:proofErr w:type="spellStart"/>
      <w:r w:rsidRPr="000438FE">
        <w:rPr>
          <w:rFonts w:ascii="Arial" w:hAnsi="Arial" w:cs="Arial"/>
        </w:rPr>
        <w:t>Энэ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журмыг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бүх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шатлалын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мэдээллийг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бүртгэх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хянах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баталгаажуулах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нэгтгэх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аюулгүй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байдлыг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хангах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ашиглуулах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чиг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үүрэг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бүхий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байгууллага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албан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тушаалтан</w:t>
      </w:r>
      <w:proofErr w:type="spellEnd"/>
      <w:r w:rsidRPr="000438FE">
        <w:rPr>
          <w:rFonts w:ascii="Arial" w:hAnsi="Arial" w:cs="Arial"/>
        </w:rPr>
        <w:t>,</w:t>
      </w:r>
      <w:r w:rsidR="00D0245D"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ажилтан</w:t>
      </w:r>
      <w:proofErr w:type="spellEnd"/>
      <w:r w:rsidRPr="000438FE">
        <w:rPr>
          <w:rFonts w:ascii="Arial" w:hAnsi="Arial" w:cs="Arial"/>
        </w:rPr>
        <w:t> (</w:t>
      </w:r>
      <w:proofErr w:type="spellStart"/>
      <w:r w:rsidRPr="000438FE">
        <w:rPr>
          <w:rFonts w:ascii="Arial" w:hAnsi="Arial" w:cs="Arial"/>
        </w:rPr>
        <w:t>цаашид</w:t>
      </w:r>
      <w:proofErr w:type="spellEnd"/>
      <w:r w:rsidRPr="000438FE">
        <w:rPr>
          <w:rFonts w:ascii="Arial" w:hAnsi="Arial" w:cs="Arial"/>
        </w:rPr>
        <w:t xml:space="preserve"> "</w:t>
      </w:r>
      <w:proofErr w:type="spellStart"/>
      <w:r w:rsidRPr="000438FE">
        <w:rPr>
          <w:rFonts w:ascii="Arial" w:hAnsi="Arial" w:cs="Arial"/>
        </w:rPr>
        <w:t>мэдээлэл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хариуцагч</w:t>
      </w:r>
      <w:proofErr w:type="spellEnd"/>
      <w:r w:rsidRPr="000438FE">
        <w:rPr>
          <w:rFonts w:ascii="Arial" w:hAnsi="Arial" w:cs="Arial"/>
        </w:rPr>
        <w:t>"</w:t>
      </w:r>
      <w:r w:rsidR="00D0245D"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гэх</w:t>
      </w:r>
      <w:proofErr w:type="spellEnd"/>
      <w:r w:rsidRPr="000438FE">
        <w:rPr>
          <w:rFonts w:ascii="Arial" w:hAnsi="Arial" w:cs="Arial"/>
        </w:rPr>
        <w:t>) </w:t>
      </w:r>
      <w:proofErr w:type="spellStart"/>
      <w:r w:rsidRPr="000438FE">
        <w:rPr>
          <w:rFonts w:ascii="Arial" w:hAnsi="Arial" w:cs="Arial"/>
        </w:rPr>
        <w:t>болон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эдгээр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систем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програм</w:t>
      </w:r>
      <w:r w:rsidRPr="000438FE">
        <w:rPr>
          <w:rFonts w:ascii="Arial" w:hAnsi="Arial" w:cs="Arial"/>
          <w:lang w:bidi="mn-Mong-MN"/>
        </w:rPr>
        <w:t>м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хангамжийн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бүтээгдэхүүн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үйлчилгээ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нийлүүлэгч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байгууллага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дагаж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мөрдөнө</w:t>
      </w:r>
      <w:proofErr w:type="spellEnd"/>
      <w:r w:rsidRPr="000438FE">
        <w:rPr>
          <w:rFonts w:ascii="Arial" w:hAnsi="Arial" w:cs="Arial"/>
        </w:rPr>
        <w:t>.</w:t>
      </w:r>
    </w:p>
    <w:p w14:paraId="1453C5AE" w14:textId="50843579" w:rsidR="00A55471" w:rsidRPr="000438FE" w:rsidRDefault="00A55471" w:rsidP="00A55471">
      <w:pPr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>1.</w:t>
      </w:r>
      <w:r w:rsidR="007D482E" w:rsidRPr="000438FE">
        <w:rPr>
          <w:rFonts w:ascii="Arial" w:hAnsi="Arial" w:cs="Arial"/>
        </w:rPr>
        <w:t>7</w:t>
      </w:r>
      <w:r w:rsidRPr="000438FE">
        <w:rPr>
          <w:rFonts w:ascii="Arial" w:hAnsi="Arial" w:cs="Arial"/>
        </w:rPr>
        <w:t xml:space="preserve">. </w:t>
      </w:r>
      <w:proofErr w:type="spellStart"/>
      <w:r w:rsidRPr="000438FE">
        <w:rPr>
          <w:rFonts w:ascii="Arial" w:hAnsi="Arial" w:cs="Arial"/>
        </w:rPr>
        <w:t>Мэдээлэл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хариуцагч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нь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өөрийн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байгууллагын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сүлжээний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бэлэн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байдлыг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хангаж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ашиглалт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үйлчилгээнд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шаардлагатай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зардлыг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санхүүжүүлнэ</w:t>
      </w:r>
      <w:proofErr w:type="spellEnd"/>
      <w:r w:rsidRPr="000438FE">
        <w:rPr>
          <w:rFonts w:ascii="Arial" w:hAnsi="Arial" w:cs="Arial"/>
        </w:rPr>
        <w:t xml:space="preserve">. </w:t>
      </w:r>
      <w:proofErr w:type="spellStart"/>
      <w:r w:rsidRPr="000438FE">
        <w:rPr>
          <w:rFonts w:ascii="Arial" w:hAnsi="Arial" w:cs="Arial"/>
        </w:rPr>
        <w:t>Хүн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амын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эрүүл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мэнд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рүү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чиглэсэн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мэдээллийг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Нийгмийн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эрүүл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мэндийн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тухай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хуулийн</w:t>
      </w:r>
      <w:proofErr w:type="spellEnd"/>
      <w:r w:rsidRPr="000438FE">
        <w:rPr>
          <w:rFonts w:ascii="Arial" w:hAnsi="Arial" w:cs="Arial"/>
        </w:rPr>
        <w:t xml:space="preserve"> 16.2 -д </w:t>
      </w:r>
      <w:proofErr w:type="spellStart"/>
      <w:r w:rsidRPr="000438FE">
        <w:rPr>
          <w:rFonts w:ascii="Arial" w:hAnsi="Arial" w:cs="Arial"/>
        </w:rPr>
        <w:t>заасны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дагуу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олон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нийтэд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хүргэнэ</w:t>
      </w:r>
      <w:proofErr w:type="spellEnd"/>
      <w:r w:rsidRPr="000438FE">
        <w:rPr>
          <w:rFonts w:ascii="Arial" w:hAnsi="Arial" w:cs="Arial"/>
        </w:rPr>
        <w:t>.</w:t>
      </w:r>
    </w:p>
    <w:p w14:paraId="6DCB0233" w14:textId="77777777" w:rsidR="007D482E" w:rsidRPr="000438FE" w:rsidRDefault="007D482E">
      <w:pPr>
        <w:rPr>
          <w:rFonts w:ascii="Arial" w:hAnsi="Arial" w:cs="Arial"/>
          <w:b/>
          <w:bCs/>
        </w:rPr>
      </w:pPr>
      <w:r w:rsidRPr="000438FE">
        <w:rPr>
          <w:rFonts w:ascii="Arial" w:hAnsi="Arial" w:cs="Arial"/>
          <w:b/>
          <w:bCs/>
        </w:rPr>
        <w:br w:type="page"/>
      </w:r>
    </w:p>
    <w:p w14:paraId="526160FD" w14:textId="7B0444A9" w:rsidR="00A55471" w:rsidRPr="000438FE" w:rsidRDefault="00A55471" w:rsidP="00A55471">
      <w:pPr>
        <w:jc w:val="center"/>
        <w:rPr>
          <w:rFonts w:ascii="Arial" w:hAnsi="Arial" w:cs="Arial"/>
          <w:b/>
          <w:bCs/>
        </w:rPr>
      </w:pPr>
      <w:r w:rsidRPr="000438FE">
        <w:rPr>
          <w:rFonts w:ascii="Arial" w:hAnsi="Arial" w:cs="Arial"/>
          <w:b/>
          <w:bCs/>
        </w:rPr>
        <w:lastRenderedPageBreak/>
        <w:t>ХОЁР. ХАМРАХ ХҮРЭЭ</w:t>
      </w:r>
    </w:p>
    <w:p w14:paraId="6B8D8EF8" w14:textId="77777777" w:rsidR="00C85F31" w:rsidRPr="000438FE" w:rsidRDefault="00A55471" w:rsidP="00A55471">
      <w:pPr>
        <w:spacing w:after="0"/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2.1. </w:t>
      </w:r>
      <w:proofErr w:type="spellStart"/>
      <w:r w:rsidRPr="000438FE">
        <w:rPr>
          <w:rFonts w:ascii="Arial" w:hAnsi="Arial" w:cs="Arial"/>
        </w:rPr>
        <w:t>Энэхүү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журмыг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дараах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байгууллага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албан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</w:t>
      </w:r>
      <w:proofErr w:type="spellEnd"/>
    </w:p>
    <w:p w14:paraId="524ECEF6" w14:textId="77777777" w:rsidR="00C85F31" w:rsidRPr="000438FE" w:rsidRDefault="00C85F31" w:rsidP="00A55471">
      <w:pPr>
        <w:spacing w:after="0"/>
        <w:jc w:val="both"/>
        <w:rPr>
          <w:rFonts w:ascii="Arial" w:hAnsi="Arial" w:cs="Arial"/>
        </w:rPr>
      </w:pPr>
    </w:p>
    <w:p w14:paraId="5FCABED3" w14:textId="77777777" w:rsidR="00C85F31" w:rsidRPr="000438FE" w:rsidRDefault="00C85F31" w:rsidP="00A55471">
      <w:pPr>
        <w:spacing w:after="0"/>
        <w:jc w:val="both"/>
        <w:rPr>
          <w:rFonts w:ascii="Arial" w:hAnsi="Arial" w:cs="Arial"/>
        </w:rPr>
      </w:pPr>
    </w:p>
    <w:p w14:paraId="3F40E342" w14:textId="77777777" w:rsidR="00C85F31" w:rsidRPr="000438FE" w:rsidRDefault="00C85F31" w:rsidP="00A55471">
      <w:pPr>
        <w:spacing w:after="0"/>
        <w:jc w:val="both"/>
        <w:rPr>
          <w:rFonts w:ascii="Arial" w:hAnsi="Arial" w:cs="Arial"/>
        </w:rPr>
      </w:pPr>
    </w:p>
    <w:p w14:paraId="40E676A8" w14:textId="77777777" w:rsidR="00C85F31" w:rsidRPr="000438FE" w:rsidRDefault="00C85F31" w:rsidP="00A55471">
      <w:pPr>
        <w:spacing w:after="0"/>
        <w:jc w:val="both"/>
        <w:rPr>
          <w:rFonts w:ascii="Arial" w:hAnsi="Arial" w:cs="Arial"/>
        </w:rPr>
      </w:pPr>
    </w:p>
    <w:p w14:paraId="7CD2BCC6" w14:textId="375B33FE" w:rsidR="00A55471" w:rsidRPr="000438FE" w:rsidRDefault="00A55471" w:rsidP="00A55471">
      <w:pPr>
        <w:spacing w:after="0"/>
        <w:jc w:val="both"/>
        <w:rPr>
          <w:rFonts w:ascii="Arial" w:hAnsi="Arial" w:cs="Arial"/>
        </w:rPr>
      </w:pPr>
      <w:proofErr w:type="spellStart"/>
      <w:r w:rsidRPr="000438FE">
        <w:rPr>
          <w:rFonts w:ascii="Arial" w:hAnsi="Arial" w:cs="Arial"/>
        </w:rPr>
        <w:t>шаалтан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дагаж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мөрдөнө</w:t>
      </w:r>
      <w:proofErr w:type="spellEnd"/>
      <w:r w:rsidRPr="000438FE">
        <w:rPr>
          <w:rFonts w:ascii="Arial" w:hAnsi="Arial" w:cs="Arial"/>
        </w:rPr>
        <w:t>:</w:t>
      </w:r>
    </w:p>
    <w:p w14:paraId="3BA0E33A" w14:textId="77777777" w:rsidR="00A55471" w:rsidRPr="000438FE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2.1.1.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сангийн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асуудал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эрхэлсэн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төрийн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захиргааны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төв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байгууллага</w:t>
      </w:r>
      <w:proofErr w:type="spellEnd"/>
      <w:r w:rsidRPr="000438FE">
        <w:rPr>
          <w:rFonts w:ascii="Arial" w:hAnsi="Arial" w:cs="Arial"/>
        </w:rPr>
        <w:t xml:space="preserve"> /</w:t>
      </w:r>
      <w:proofErr w:type="spellStart"/>
      <w:r w:rsidRPr="000438FE">
        <w:rPr>
          <w:rFonts w:ascii="Arial" w:hAnsi="Arial" w:cs="Arial"/>
        </w:rPr>
        <w:t>цаашид</w:t>
      </w:r>
      <w:proofErr w:type="spellEnd"/>
      <w:r w:rsidRPr="000438FE">
        <w:rPr>
          <w:rFonts w:ascii="Arial" w:hAnsi="Arial" w:cs="Arial"/>
        </w:rPr>
        <w:t xml:space="preserve"> “</w:t>
      </w:r>
      <w:proofErr w:type="spellStart"/>
      <w:r w:rsidRPr="000438FE">
        <w:rPr>
          <w:rFonts w:ascii="Arial" w:hAnsi="Arial" w:cs="Arial"/>
        </w:rPr>
        <w:t>яам</w:t>
      </w:r>
      <w:proofErr w:type="spellEnd"/>
      <w:r w:rsidRPr="000438FE">
        <w:rPr>
          <w:rFonts w:ascii="Arial" w:hAnsi="Arial" w:cs="Arial"/>
        </w:rPr>
        <w:t xml:space="preserve">” </w:t>
      </w:r>
      <w:proofErr w:type="spellStart"/>
      <w:r w:rsidRPr="000438FE">
        <w:rPr>
          <w:rFonts w:ascii="Arial" w:hAnsi="Arial" w:cs="Arial"/>
        </w:rPr>
        <w:t>гэх</w:t>
      </w:r>
      <w:proofErr w:type="spellEnd"/>
      <w:r w:rsidRPr="000438FE">
        <w:rPr>
          <w:rFonts w:ascii="Arial" w:hAnsi="Arial" w:cs="Arial"/>
        </w:rPr>
        <w:t>/;</w:t>
      </w:r>
    </w:p>
    <w:p w14:paraId="263A061B" w14:textId="77777777" w:rsidR="00A55471" w:rsidRPr="000438FE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2.1.2.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сангийн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хариуцах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яамны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харьяа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мэргэжлийн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байгууллага</w:t>
      </w:r>
      <w:proofErr w:type="spellEnd"/>
    </w:p>
    <w:p w14:paraId="1B091214" w14:textId="77777777" w:rsidR="00A55471" w:rsidRPr="000438FE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2.1.3.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сангийн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бүрдүүлэх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дурын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ажилтан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болон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асуудлыг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хариуцсан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албан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тушаалтан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мэргэжилтэн</w:t>
      </w:r>
      <w:proofErr w:type="spellEnd"/>
    </w:p>
    <w:p w14:paraId="46073BB1" w14:textId="77777777" w:rsidR="00A55471" w:rsidRPr="000438FE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2.1.4. </w:t>
      </w:r>
      <w:proofErr w:type="spellStart"/>
      <w:r w:rsidRPr="000438FE">
        <w:rPr>
          <w:rFonts w:ascii="Arial" w:hAnsi="Arial" w:cs="Arial"/>
        </w:rPr>
        <w:t>Холбогдох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хууль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тогтоомжид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заасан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бусад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байгууллага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албан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тушаалтан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мэргэжилтэн</w:t>
      </w:r>
      <w:proofErr w:type="spellEnd"/>
    </w:p>
    <w:p w14:paraId="1E89D882" w14:textId="77777777" w:rsidR="00A55471" w:rsidRPr="000438FE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2.1.5.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зориулсан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систем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хөгжүүлэгч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байгууллага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ажилтан</w:t>
      </w:r>
      <w:proofErr w:type="spellEnd"/>
    </w:p>
    <w:p w14:paraId="2943B996" w14:textId="77777777" w:rsidR="00A55471" w:rsidRPr="000438FE" w:rsidRDefault="00A55471" w:rsidP="00A55471">
      <w:pPr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2.2. </w:t>
      </w:r>
      <w:proofErr w:type="spellStart"/>
      <w:r w:rsidRPr="000438FE">
        <w:rPr>
          <w:rFonts w:ascii="Arial" w:hAnsi="Arial" w:cs="Arial"/>
        </w:rPr>
        <w:t>Нийгмийн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эрүүл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мэндийн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тухай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хуулийн</w:t>
      </w:r>
      <w:proofErr w:type="spellEnd"/>
      <w:r w:rsidRPr="000438FE">
        <w:rPr>
          <w:rFonts w:ascii="Arial" w:hAnsi="Arial" w:cs="Arial"/>
        </w:rPr>
        <w:t xml:space="preserve"> 5 </w:t>
      </w:r>
      <w:proofErr w:type="spellStart"/>
      <w:r w:rsidRPr="000438FE">
        <w:rPr>
          <w:rFonts w:ascii="Arial" w:hAnsi="Arial" w:cs="Arial"/>
        </w:rPr>
        <w:t>дугаар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зүйлд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заасны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дагуу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нийгмийн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тусламж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үйлчилгээ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үйл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ажиллагааны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чиглэлийн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дагуу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бүрдүүлсэн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хамаарна</w:t>
      </w:r>
      <w:proofErr w:type="spellEnd"/>
      <w:r w:rsidRPr="000438FE">
        <w:rPr>
          <w:rFonts w:ascii="Arial" w:hAnsi="Arial" w:cs="Arial"/>
        </w:rPr>
        <w:t>.</w:t>
      </w:r>
    </w:p>
    <w:p w14:paraId="3C02BBFE" w14:textId="77777777" w:rsidR="00A55471" w:rsidRPr="000438FE" w:rsidRDefault="00A55471" w:rsidP="00A55471">
      <w:pPr>
        <w:jc w:val="center"/>
        <w:rPr>
          <w:rFonts w:ascii="Arial" w:hAnsi="Arial" w:cs="Arial"/>
          <w:b/>
          <w:bCs/>
        </w:rPr>
      </w:pPr>
      <w:r w:rsidRPr="000438FE">
        <w:rPr>
          <w:rFonts w:ascii="Arial" w:hAnsi="Arial" w:cs="Arial"/>
          <w:b/>
          <w:bCs/>
        </w:rPr>
        <w:t>ГУРАВ. МЭДЭЭЛЭЛ БҮРДҮҮЛЭХ, БОЛОВСРУУЛАХ</w:t>
      </w:r>
    </w:p>
    <w:p w14:paraId="4FF2E074" w14:textId="77777777" w:rsidR="00A55471" w:rsidRPr="000438FE" w:rsidRDefault="00A55471" w:rsidP="00A55471">
      <w:pPr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3.1.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дараах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эх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үүсвэрээс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мэдээлэл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бүрдүүлнэ</w:t>
      </w:r>
      <w:proofErr w:type="spellEnd"/>
      <w:r w:rsidRPr="000438FE">
        <w:rPr>
          <w:rFonts w:ascii="Arial" w:hAnsi="Arial" w:cs="Arial"/>
        </w:rPr>
        <w:t>:</w:t>
      </w:r>
    </w:p>
    <w:p w14:paraId="3399B289" w14:textId="77777777" w:rsidR="00A55471" w:rsidRPr="000438FE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3.1.1. </w:t>
      </w:r>
      <w:proofErr w:type="spellStart"/>
      <w:r w:rsidRPr="000438FE">
        <w:rPr>
          <w:rFonts w:ascii="Arial" w:hAnsi="Arial" w:cs="Arial"/>
        </w:rPr>
        <w:t>эрүүл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мэндийн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байгууллагын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анхан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шатны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бүртгэл</w:t>
      </w:r>
      <w:proofErr w:type="spellEnd"/>
      <w:r w:rsidRPr="000438FE">
        <w:rPr>
          <w:rFonts w:ascii="Arial" w:hAnsi="Arial" w:cs="Arial"/>
        </w:rPr>
        <w:t>;</w:t>
      </w:r>
    </w:p>
    <w:p w14:paraId="2A62F6EE" w14:textId="77777777" w:rsidR="00A55471" w:rsidRPr="000438FE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3.1.2. </w:t>
      </w:r>
      <w:proofErr w:type="spellStart"/>
      <w:r w:rsidRPr="000438FE">
        <w:rPr>
          <w:rFonts w:ascii="Arial" w:hAnsi="Arial" w:cs="Arial"/>
        </w:rPr>
        <w:t>тандалт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судалгаагаар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цуглуулсан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мэдээлэл</w:t>
      </w:r>
      <w:proofErr w:type="spellEnd"/>
      <w:r w:rsidRPr="000438FE">
        <w:rPr>
          <w:rFonts w:ascii="Arial" w:hAnsi="Arial" w:cs="Arial"/>
        </w:rPr>
        <w:t>;</w:t>
      </w:r>
    </w:p>
    <w:p w14:paraId="31A7D50A" w14:textId="77777777" w:rsidR="00A55471" w:rsidRPr="000438FE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3.1.3. </w:t>
      </w:r>
      <w:proofErr w:type="spellStart"/>
      <w:r w:rsidRPr="000438FE">
        <w:rPr>
          <w:rFonts w:ascii="Arial" w:hAnsi="Arial" w:cs="Arial"/>
        </w:rPr>
        <w:t>шинжилгээ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баталгаажуулалтын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мэдээлэл</w:t>
      </w:r>
      <w:proofErr w:type="spellEnd"/>
      <w:r w:rsidRPr="000438FE">
        <w:rPr>
          <w:rFonts w:ascii="Arial" w:hAnsi="Arial" w:cs="Arial"/>
        </w:rPr>
        <w:t>;</w:t>
      </w:r>
    </w:p>
    <w:p w14:paraId="0EA4AC8A" w14:textId="77777777" w:rsidR="00A55471" w:rsidRPr="000438FE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3.1.4. </w:t>
      </w:r>
      <w:proofErr w:type="spellStart"/>
      <w:r w:rsidRPr="000438FE">
        <w:rPr>
          <w:rFonts w:ascii="Arial" w:hAnsi="Arial" w:cs="Arial"/>
        </w:rPr>
        <w:t>орчны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тандалт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эрсдэлийн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үнэлгээний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мэдээлэл</w:t>
      </w:r>
      <w:proofErr w:type="spellEnd"/>
      <w:r w:rsidRPr="000438FE">
        <w:rPr>
          <w:rFonts w:ascii="Arial" w:hAnsi="Arial" w:cs="Arial"/>
        </w:rPr>
        <w:t>;</w:t>
      </w:r>
    </w:p>
    <w:p w14:paraId="5E7BDDAF" w14:textId="77777777" w:rsidR="00A55471" w:rsidRPr="000438FE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3.1.6. </w:t>
      </w:r>
      <w:proofErr w:type="spellStart"/>
      <w:r w:rsidRPr="000438FE">
        <w:rPr>
          <w:rFonts w:ascii="Arial" w:hAnsi="Arial" w:cs="Arial"/>
        </w:rPr>
        <w:t>төрийн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бусад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мэдээллийн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сантай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хууль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ёсны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үндэслэлээр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хийсэн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мэдээлэл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солилцоо</w:t>
      </w:r>
      <w:proofErr w:type="spellEnd"/>
      <w:r w:rsidRPr="000438FE">
        <w:rPr>
          <w:rFonts w:ascii="Arial" w:hAnsi="Arial" w:cs="Arial"/>
        </w:rPr>
        <w:t>;</w:t>
      </w:r>
    </w:p>
    <w:p w14:paraId="50F45B37" w14:textId="77777777" w:rsid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0438FE">
        <w:rPr>
          <w:rFonts w:ascii="Arial" w:hAnsi="Arial" w:cs="Arial"/>
        </w:rPr>
        <w:t xml:space="preserve">3.1.7. </w:t>
      </w:r>
      <w:proofErr w:type="spellStart"/>
      <w:r w:rsidRPr="000438FE">
        <w:rPr>
          <w:rFonts w:ascii="Arial" w:hAnsi="Arial" w:cs="Arial"/>
        </w:rPr>
        <w:t>хууль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тогтоомжид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нийцсэн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бусад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эх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сурвалж</w:t>
      </w:r>
      <w:proofErr w:type="spellEnd"/>
      <w:r w:rsidRPr="000438FE">
        <w:rPr>
          <w:rFonts w:ascii="Arial" w:hAnsi="Arial" w:cs="Arial"/>
        </w:rPr>
        <w:t>;</w:t>
      </w:r>
    </w:p>
    <w:p w14:paraId="04292273" w14:textId="77777777" w:rsidR="00532694" w:rsidRPr="00A55471" w:rsidRDefault="00532694" w:rsidP="00A55471">
      <w:pPr>
        <w:spacing w:after="120"/>
        <w:ind w:left="720"/>
        <w:jc w:val="both"/>
        <w:rPr>
          <w:rFonts w:ascii="Arial" w:hAnsi="Arial" w:cs="Arial"/>
        </w:rPr>
      </w:pPr>
    </w:p>
    <w:p w14:paraId="495C2240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3.2. </w:t>
      </w:r>
      <w:proofErr w:type="spellStart"/>
      <w:r w:rsidRPr="00A55471">
        <w:rPr>
          <w:rFonts w:ascii="Arial" w:hAnsi="Arial" w:cs="Arial"/>
        </w:rPr>
        <w:t>Мэдээллийг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анх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үүссэн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эх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сурвалжид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тулгуурлан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бүртгэж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тогтоосон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ангилал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код</w:t>
      </w:r>
      <w:r w:rsidRPr="00A55471">
        <w:rPr>
          <w:rFonts w:ascii="Arial" w:hAnsi="Arial" w:cs="Arial"/>
          <w:lang w:bidi="mn-Mong-MN"/>
        </w:rPr>
        <w:t>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дагуу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тогтоосон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хугацааны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дагуу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дамжуулна</w:t>
      </w:r>
      <w:proofErr w:type="spellEnd"/>
      <w:r w:rsidRPr="00A55471">
        <w:rPr>
          <w:rFonts w:ascii="Arial" w:hAnsi="Arial" w:cs="Arial"/>
        </w:rPr>
        <w:t>.</w:t>
      </w:r>
    </w:p>
    <w:p w14:paraId="6E9ABFD9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3.3.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зөрүү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алдаа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илэрсэн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тохиолдолд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хариуцагч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тухайн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байгууллагад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мэдэгдэж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тогтоосон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хугацаанд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залруулга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хийлгэнэ</w:t>
      </w:r>
      <w:proofErr w:type="spellEnd"/>
      <w:r w:rsidRPr="00A55471">
        <w:rPr>
          <w:rFonts w:ascii="Arial" w:hAnsi="Arial" w:cs="Arial"/>
        </w:rPr>
        <w:t xml:space="preserve">. </w:t>
      </w:r>
      <w:proofErr w:type="spellStart"/>
      <w:r w:rsidRPr="00A55471">
        <w:rPr>
          <w:rFonts w:ascii="Arial" w:hAnsi="Arial" w:cs="Arial"/>
        </w:rPr>
        <w:t>Залруулсан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тэмдэглэж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өөрчлөлтийн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түүхийн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хамт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хадгална</w:t>
      </w:r>
      <w:proofErr w:type="spellEnd"/>
      <w:r w:rsidRPr="00A55471">
        <w:rPr>
          <w:rFonts w:ascii="Arial" w:hAnsi="Arial" w:cs="Arial"/>
        </w:rPr>
        <w:t>.</w:t>
      </w:r>
    </w:p>
    <w:p w14:paraId="41BED66D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lastRenderedPageBreak/>
        <w:t xml:space="preserve">3.4. </w:t>
      </w:r>
      <w:proofErr w:type="spellStart"/>
      <w:r w:rsidRPr="00A55471">
        <w:rPr>
          <w:rFonts w:ascii="Arial" w:hAnsi="Arial" w:cs="Arial"/>
        </w:rPr>
        <w:t>Систем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хөгжүүлэгч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солилцох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хүсэлт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ирүүлэхдээ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дараах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баримт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бичгийг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бүрдүүлнэ</w:t>
      </w:r>
      <w:proofErr w:type="spellEnd"/>
      <w:r w:rsidRPr="00A55471">
        <w:rPr>
          <w:rFonts w:ascii="Arial" w:hAnsi="Arial" w:cs="Arial"/>
        </w:rPr>
        <w:t>:</w:t>
      </w:r>
    </w:p>
    <w:p w14:paraId="5134F155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3.4.1. </w:t>
      </w:r>
      <w:proofErr w:type="spellStart"/>
      <w:r w:rsidRPr="00A55471">
        <w:rPr>
          <w:rFonts w:ascii="Arial" w:hAnsi="Arial" w:cs="Arial"/>
        </w:rPr>
        <w:t>албан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хүсэлт</w:t>
      </w:r>
      <w:proofErr w:type="spellEnd"/>
      <w:r w:rsidRPr="00A55471">
        <w:rPr>
          <w:rFonts w:ascii="Arial" w:hAnsi="Arial" w:cs="Arial"/>
        </w:rPr>
        <w:t xml:space="preserve"> /</w:t>
      </w:r>
      <w:proofErr w:type="spellStart"/>
      <w:r w:rsidRPr="00A55471">
        <w:rPr>
          <w:rFonts w:ascii="Arial" w:hAnsi="Arial" w:cs="Arial"/>
        </w:rPr>
        <w:t>улсын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бүртгэлийн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гэрчилгээний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>/;</w:t>
      </w:r>
    </w:p>
    <w:p w14:paraId="771B2CA2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3.4.2. </w:t>
      </w:r>
      <w:proofErr w:type="spellStart"/>
      <w:r w:rsidRPr="00A55471">
        <w:rPr>
          <w:rFonts w:ascii="Arial" w:hAnsi="Arial" w:cs="Arial"/>
        </w:rPr>
        <w:t>системийн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танилцуулга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техникийн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тодорхойлолт</w:t>
      </w:r>
      <w:proofErr w:type="spellEnd"/>
      <w:r w:rsidRPr="00A55471">
        <w:rPr>
          <w:rFonts w:ascii="Arial" w:hAnsi="Arial" w:cs="Arial"/>
        </w:rPr>
        <w:t>;</w:t>
      </w:r>
    </w:p>
    <w:p w14:paraId="688C2C20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3.4.3. </w:t>
      </w:r>
      <w:proofErr w:type="spellStart"/>
      <w:r w:rsidRPr="00A55471">
        <w:rPr>
          <w:rFonts w:ascii="Arial" w:hAnsi="Arial" w:cs="Arial"/>
        </w:rPr>
        <w:t>дамжуулах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авах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төрөл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сервисийн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жагсаалт</w:t>
      </w:r>
      <w:proofErr w:type="spellEnd"/>
      <w:r w:rsidRPr="00A55471">
        <w:rPr>
          <w:rFonts w:ascii="Arial" w:hAnsi="Arial" w:cs="Arial"/>
        </w:rPr>
        <w:t>;</w:t>
      </w:r>
    </w:p>
    <w:p w14:paraId="6485A968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3.4.4.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аюулгүй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байдал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нууцлалын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арга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хэмжээний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тайлбар</w:t>
      </w:r>
      <w:proofErr w:type="spellEnd"/>
      <w:r w:rsidRPr="00A55471">
        <w:rPr>
          <w:rFonts w:ascii="Arial" w:hAnsi="Arial" w:cs="Arial"/>
        </w:rPr>
        <w:t>;</w:t>
      </w:r>
    </w:p>
    <w:p w14:paraId="76C0D631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3.4.5. </w:t>
      </w:r>
      <w:proofErr w:type="spellStart"/>
      <w:r w:rsidRPr="00A55471">
        <w:rPr>
          <w:rFonts w:ascii="Arial" w:hAnsi="Arial" w:cs="Arial"/>
        </w:rPr>
        <w:t>хариуцах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ажилтаны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холбоо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барих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>;</w:t>
      </w:r>
    </w:p>
    <w:p w14:paraId="5EE606B7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3.5. </w:t>
      </w:r>
      <w:proofErr w:type="spellStart"/>
      <w:r w:rsidRPr="00A55471">
        <w:rPr>
          <w:rFonts w:ascii="Arial" w:hAnsi="Arial" w:cs="Arial"/>
        </w:rPr>
        <w:t>Хүсэлтийг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хянаж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шаардлага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хангасан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тохиолдолд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солилцох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гэрээг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яам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баталсан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гэрээний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загварын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дагуу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байгуулна</w:t>
      </w:r>
      <w:proofErr w:type="spellEnd"/>
      <w:r w:rsidRPr="00A55471">
        <w:rPr>
          <w:rFonts w:ascii="Arial" w:hAnsi="Arial" w:cs="Arial"/>
        </w:rPr>
        <w:t>.</w:t>
      </w:r>
    </w:p>
    <w:p w14:paraId="399C907E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3.6. </w:t>
      </w:r>
      <w:proofErr w:type="spellStart"/>
      <w:r w:rsidRPr="00A55471">
        <w:rPr>
          <w:rFonts w:ascii="Arial" w:hAnsi="Arial" w:cs="Arial"/>
        </w:rPr>
        <w:t>Туршилт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баталгаажуулалт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амжилттай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хийгдсэний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дараа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солилцоог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ашиглалтад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оруулна</w:t>
      </w:r>
      <w:proofErr w:type="spellEnd"/>
      <w:r w:rsidRPr="00A55471">
        <w:rPr>
          <w:rFonts w:ascii="Arial" w:hAnsi="Arial" w:cs="Arial"/>
        </w:rPr>
        <w:t>.</w:t>
      </w:r>
    </w:p>
    <w:p w14:paraId="46600ED6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3.7.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сангийн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бүтэц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7D482E">
        <w:rPr>
          <w:rFonts w:ascii="Arial" w:hAnsi="Arial" w:cs="Arial"/>
        </w:rPr>
        <w:t>кодчилол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солилцох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сервис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тайлангийн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маягтад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өөрчлөлт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оруулах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бол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холбогдох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хөгжүүлэгчид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урьдчилан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мэдэгдэж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туршилтыг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бүрэн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хийсний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үндсэн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дээр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нэвтрүүлнэ</w:t>
      </w:r>
      <w:proofErr w:type="spellEnd"/>
      <w:r w:rsidRPr="00A55471">
        <w:rPr>
          <w:rFonts w:ascii="Arial" w:hAnsi="Arial" w:cs="Arial"/>
        </w:rPr>
        <w:t>.</w:t>
      </w:r>
    </w:p>
    <w:p w14:paraId="6E25F225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3.8.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эрсдлийг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урьдчилан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тооцоолох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таамаглах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аргачлалыг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тогмтол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сайжруулж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дэвшилтэт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технологийг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нэвтрүүлэх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талаар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жил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бүр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яамнаас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боловсруулах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арга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хэмжээг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зохион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байгуулж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байна</w:t>
      </w:r>
      <w:proofErr w:type="spellEnd"/>
      <w:r w:rsidRPr="00A55471">
        <w:rPr>
          <w:rFonts w:ascii="Arial" w:hAnsi="Arial" w:cs="Arial"/>
        </w:rPr>
        <w:t>.</w:t>
      </w:r>
    </w:p>
    <w:p w14:paraId="467BA830" w14:textId="77777777" w:rsidR="00A55471" w:rsidRPr="00A55471" w:rsidRDefault="00A55471" w:rsidP="00A55471">
      <w:pPr>
        <w:jc w:val="center"/>
        <w:rPr>
          <w:rFonts w:ascii="Arial" w:hAnsi="Arial" w:cs="Arial"/>
          <w:b/>
          <w:bCs/>
        </w:rPr>
      </w:pPr>
      <w:r w:rsidRPr="00A55471">
        <w:rPr>
          <w:rFonts w:ascii="Arial" w:hAnsi="Arial" w:cs="Arial"/>
          <w:b/>
          <w:bCs/>
        </w:rPr>
        <w:t>ДӨРӨВ. МЭДЭЭЛЛИЙН САНГ АШИГЛАХ</w:t>
      </w:r>
    </w:p>
    <w:p w14:paraId="10F0226A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4.1.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дахь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дараах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зориулалтаар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ашиглаж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болно</w:t>
      </w:r>
      <w:proofErr w:type="spellEnd"/>
      <w:r w:rsidRPr="00A55471">
        <w:rPr>
          <w:rFonts w:ascii="Arial" w:hAnsi="Arial" w:cs="Arial"/>
        </w:rPr>
        <w:t>:</w:t>
      </w:r>
    </w:p>
    <w:p w14:paraId="67650257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4.1.1. </w:t>
      </w:r>
      <w:proofErr w:type="spellStart"/>
      <w:r w:rsidRPr="00A55471">
        <w:rPr>
          <w:rFonts w:ascii="Arial" w:hAnsi="Arial" w:cs="Arial"/>
        </w:rPr>
        <w:t>статистик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тайлан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дүн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шинжилгээ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гаргах</w:t>
      </w:r>
      <w:proofErr w:type="spellEnd"/>
      <w:r w:rsidRPr="00A55471">
        <w:rPr>
          <w:rFonts w:ascii="Arial" w:hAnsi="Arial" w:cs="Arial"/>
        </w:rPr>
        <w:t>;</w:t>
      </w:r>
    </w:p>
    <w:p w14:paraId="2917A889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4.1.2. </w:t>
      </w:r>
      <w:proofErr w:type="spellStart"/>
      <w:r w:rsidRPr="00A55471">
        <w:rPr>
          <w:rFonts w:ascii="Arial" w:hAnsi="Arial" w:cs="Arial"/>
        </w:rPr>
        <w:t>эрт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сэрэмжлүүлэх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хариу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арга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хэмжээ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авах</w:t>
      </w:r>
      <w:proofErr w:type="spellEnd"/>
      <w:r w:rsidRPr="00A55471">
        <w:rPr>
          <w:rFonts w:ascii="Arial" w:hAnsi="Arial" w:cs="Arial"/>
        </w:rPr>
        <w:t>;</w:t>
      </w:r>
    </w:p>
    <w:p w14:paraId="0BA95CF3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4.1.3. </w:t>
      </w:r>
      <w:proofErr w:type="spellStart"/>
      <w:r w:rsidRPr="00A55471">
        <w:rPr>
          <w:rFonts w:ascii="Arial" w:hAnsi="Arial" w:cs="Arial"/>
        </w:rPr>
        <w:t>судалгаа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шинжилгээний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дүгнэлт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үнэлгээ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хийх</w:t>
      </w:r>
      <w:proofErr w:type="spellEnd"/>
      <w:r w:rsidRPr="00A55471">
        <w:rPr>
          <w:rFonts w:ascii="Arial" w:hAnsi="Arial" w:cs="Arial"/>
        </w:rPr>
        <w:t>;</w:t>
      </w:r>
    </w:p>
    <w:p w14:paraId="7B5F8D32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4.1.4. </w:t>
      </w:r>
      <w:proofErr w:type="spellStart"/>
      <w:r w:rsidRPr="00A55471">
        <w:rPr>
          <w:rFonts w:ascii="Arial" w:hAnsi="Arial" w:cs="Arial"/>
        </w:rPr>
        <w:t>салбар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хоорондын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уялдаа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холбоо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сайжруулах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төлөвлөх</w:t>
      </w:r>
      <w:proofErr w:type="spellEnd"/>
      <w:r w:rsidRPr="00A55471">
        <w:rPr>
          <w:rFonts w:ascii="Arial" w:hAnsi="Arial" w:cs="Arial"/>
        </w:rPr>
        <w:t>;</w:t>
      </w:r>
    </w:p>
    <w:p w14:paraId="1BB8BCD7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4.1.5. </w:t>
      </w:r>
      <w:proofErr w:type="spellStart"/>
      <w:r w:rsidRPr="00A55471">
        <w:rPr>
          <w:rFonts w:ascii="Arial" w:hAnsi="Arial" w:cs="Arial"/>
        </w:rPr>
        <w:t>олон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нийтэд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хүргэх</w:t>
      </w:r>
      <w:proofErr w:type="spellEnd"/>
      <w:r w:rsidRPr="00A55471">
        <w:rPr>
          <w:rFonts w:ascii="Arial" w:hAnsi="Arial" w:cs="Arial"/>
        </w:rPr>
        <w:t>;</w:t>
      </w:r>
    </w:p>
    <w:p w14:paraId="19313962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4.1.6. </w:t>
      </w:r>
      <w:proofErr w:type="spellStart"/>
      <w:r w:rsidRPr="00A55471">
        <w:rPr>
          <w:rFonts w:ascii="Arial" w:hAnsi="Arial" w:cs="Arial"/>
        </w:rPr>
        <w:t>хуульд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заасан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бусад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зориулалтаар</w:t>
      </w:r>
      <w:proofErr w:type="spellEnd"/>
      <w:r w:rsidRPr="00A55471">
        <w:rPr>
          <w:rFonts w:ascii="Arial" w:hAnsi="Arial" w:cs="Arial"/>
        </w:rPr>
        <w:t>.</w:t>
      </w:r>
    </w:p>
    <w:p w14:paraId="10731DB3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4.2. </w:t>
      </w:r>
      <w:proofErr w:type="spellStart"/>
      <w:r w:rsidRPr="00A55471">
        <w:rPr>
          <w:rFonts w:ascii="Arial" w:hAnsi="Arial" w:cs="Arial"/>
        </w:rPr>
        <w:t>Хүний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эмзэг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зөвхөн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хуульд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заасан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үндэслэл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албаны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хэрэгцээ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олгогдсон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эрхийн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хүрээнд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хандана</w:t>
      </w:r>
      <w:proofErr w:type="spellEnd"/>
      <w:r w:rsidRPr="00A55471">
        <w:rPr>
          <w:rFonts w:ascii="Arial" w:hAnsi="Arial" w:cs="Arial"/>
        </w:rPr>
        <w:t>.</w:t>
      </w:r>
    </w:p>
    <w:p w14:paraId="2B471F3D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4.3. </w:t>
      </w:r>
      <w:proofErr w:type="spellStart"/>
      <w:r w:rsidRPr="00A55471">
        <w:rPr>
          <w:rFonts w:ascii="Arial" w:hAnsi="Arial" w:cs="Arial"/>
        </w:rPr>
        <w:t>Олон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нийт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болон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судалгаа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эрдэм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шинжилгээний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зорилгоор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ашиглах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бол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хувь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хүнийг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шууд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болон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шууд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бусаар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таних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боломжгүй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болгосон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ашиглуулна</w:t>
      </w:r>
      <w:proofErr w:type="spellEnd"/>
      <w:r w:rsidRPr="00A55471">
        <w:rPr>
          <w:rFonts w:ascii="Arial" w:hAnsi="Arial" w:cs="Arial"/>
        </w:rPr>
        <w:t>.</w:t>
      </w:r>
    </w:p>
    <w:p w14:paraId="62863E60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4.4.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сангаас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авах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хүсэлтийг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бичгээр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эсхүл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цахимаар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гаргаж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шийдвэрлэсэн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тухай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бүртгэл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хөтөлнө</w:t>
      </w:r>
      <w:proofErr w:type="spellEnd"/>
      <w:r w:rsidRPr="00A55471">
        <w:rPr>
          <w:rFonts w:ascii="Arial" w:hAnsi="Arial" w:cs="Arial"/>
        </w:rPr>
        <w:t>.</w:t>
      </w:r>
    </w:p>
    <w:p w14:paraId="72B808A6" w14:textId="77777777" w:rsidR="00D2288E" w:rsidRDefault="00D2288E" w:rsidP="00A55471">
      <w:pPr>
        <w:jc w:val="center"/>
        <w:rPr>
          <w:rFonts w:ascii="Arial" w:hAnsi="Arial" w:cs="Arial"/>
          <w:b/>
          <w:bCs/>
        </w:rPr>
      </w:pPr>
    </w:p>
    <w:p w14:paraId="3A9A1BB4" w14:textId="1930CC42" w:rsidR="00A55471" w:rsidRPr="00A55471" w:rsidRDefault="00A55471" w:rsidP="00A55471">
      <w:pPr>
        <w:jc w:val="center"/>
        <w:rPr>
          <w:rFonts w:ascii="Arial" w:hAnsi="Arial" w:cs="Arial"/>
          <w:b/>
          <w:bCs/>
        </w:rPr>
      </w:pPr>
      <w:r w:rsidRPr="00A55471">
        <w:rPr>
          <w:rFonts w:ascii="Arial" w:hAnsi="Arial" w:cs="Arial"/>
          <w:b/>
          <w:bCs/>
        </w:rPr>
        <w:lastRenderedPageBreak/>
        <w:t>ТАВ. ОРОЛЦОГЧ ТАЛУУДЫН ЭРХ, ҮҮРЭГ</w:t>
      </w:r>
    </w:p>
    <w:p w14:paraId="45258981" w14:textId="77777777" w:rsidR="00A55471" w:rsidRPr="000438FE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5.1. </w:t>
      </w:r>
      <w:proofErr w:type="spellStart"/>
      <w:r w:rsidRPr="00A55471">
        <w:rPr>
          <w:rFonts w:ascii="Arial" w:hAnsi="Arial" w:cs="Arial"/>
        </w:rPr>
        <w:t>Яам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дараах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эрх</w:t>
      </w:r>
      <w:proofErr w:type="spellEnd"/>
      <w:r w:rsidRPr="000438FE">
        <w:rPr>
          <w:rFonts w:ascii="Arial" w:hAnsi="Arial" w:cs="Arial"/>
        </w:rPr>
        <w:t xml:space="preserve">, </w:t>
      </w:r>
      <w:proofErr w:type="spellStart"/>
      <w:r w:rsidRPr="000438FE">
        <w:rPr>
          <w:rFonts w:ascii="Arial" w:hAnsi="Arial" w:cs="Arial"/>
        </w:rPr>
        <w:t>үүргийг</w:t>
      </w:r>
      <w:proofErr w:type="spellEnd"/>
      <w:r w:rsidRPr="000438FE">
        <w:rPr>
          <w:rFonts w:ascii="Arial" w:hAnsi="Arial" w:cs="Arial"/>
        </w:rPr>
        <w:t xml:space="preserve"> </w:t>
      </w:r>
      <w:proofErr w:type="spellStart"/>
      <w:r w:rsidRPr="000438FE">
        <w:rPr>
          <w:rFonts w:ascii="Arial" w:hAnsi="Arial" w:cs="Arial"/>
        </w:rPr>
        <w:t>хэрэгжүүлнэ</w:t>
      </w:r>
      <w:proofErr w:type="spellEnd"/>
      <w:r w:rsidRPr="000438FE">
        <w:rPr>
          <w:rFonts w:ascii="Arial" w:hAnsi="Arial" w:cs="Arial"/>
        </w:rPr>
        <w:t>:</w:t>
      </w:r>
    </w:p>
    <w:p w14:paraId="4F39960D" w14:textId="2FA4DD70" w:rsidR="007D482E" w:rsidRPr="000438FE" w:rsidRDefault="001F6A59" w:rsidP="007D482E">
      <w:pPr>
        <w:spacing w:after="160" w:line="278" w:lineRule="auto"/>
        <w:jc w:val="both"/>
        <w:rPr>
          <w:noProof/>
        </w:rPr>
      </w:pPr>
      <w:r w:rsidRPr="000438FE">
        <w:rPr>
          <w:noProof/>
        </w:rPr>
        <w:t>ЭМЯ-ны санал-</w:t>
      </w:r>
      <w:r w:rsidR="007D482E" w:rsidRPr="000438FE">
        <w:rPr>
          <w:noProof/>
        </w:rPr>
        <w:t xml:space="preserve">Эрүүл мэндийн асуудал эрхэлсэн төрийн захиргааны төв байгууллага нь </w:t>
      </w:r>
      <w:r w:rsidR="007D482E" w:rsidRPr="000438FE">
        <w:rPr>
          <w:b/>
          <w:bCs/>
          <w:noProof/>
        </w:rPr>
        <w:t>мэдээллийн агуулга, бодлогын үзүүлэлт, эрүүл мэндийн тандалт, эрсдэлийн үнэлгээний аргачлал, тайлагналын стандартыг</w:t>
      </w:r>
      <w:r w:rsidR="007D482E" w:rsidRPr="000438FE">
        <w:rPr>
          <w:noProof/>
        </w:rPr>
        <w:t xml:space="preserve"> хариуцна. </w:t>
      </w:r>
    </w:p>
    <w:p w14:paraId="6F3E599F" w14:textId="77777777" w:rsidR="007D482E" w:rsidRPr="000438FE" w:rsidRDefault="007D482E" w:rsidP="007D482E">
      <w:pPr>
        <w:numPr>
          <w:ilvl w:val="0"/>
          <w:numId w:val="12"/>
        </w:numPr>
        <w:spacing w:after="160" w:line="278" w:lineRule="auto"/>
        <w:jc w:val="both"/>
        <w:rPr>
          <w:noProof/>
        </w:rPr>
      </w:pPr>
      <w:r w:rsidRPr="000438FE">
        <w:rPr>
          <w:noProof/>
        </w:rPr>
        <w:t xml:space="preserve">Цахим хөгжил, харилцаа холбооны яам нь </w:t>
      </w:r>
      <w:r w:rsidRPr="000438FE">
        <w:rPr>
          <w:b/>
          <w:bCs/>
          <w:noProof/>
        </w:rPr>
        <w:t>цахим системийн архитектур, төрийн мэдээлэл солилцооны нэгдсэн платформ, өгөгдлийн дэд бүтэц, кибер аюулгүй байдал, интеграцийн стандартуудыг</w:t>
      </w:r>
      <w:r w:rsidRPr="000438FE">
        <w:rPr>
          <w:noProof/>
        </w:rPr>
        <w:t xml:space="preserve"> хариуцна.</w:t>
      </w:r>
    </w:p>
    <w:p w14:paraId="4C18EDC8" w14:textId="31D58C36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5.1.1. </w:t>
      </w:r>
      <w:r w:rsidR="00D0245D">
        <w:rPr>
          <w:rFonts w:ascii="Arial" w:hAnsi="Arial"/>
          <w:lang w:val="mn-MN" w:bidi="mn-Mong-MN"/>
        </w:rPr>
        <w:t>м</w:t>
      </w:r>
      <w:proofErr w:type="spellStart"/>
      <w:r w:rsidRPr="00A55471">
        <w:rPr>
          <w:rFonts w:ascii="Arial" w:hAnsi="Arial" w:cs="Arial"/>
        </w:rPr>
        <w:t>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сангийн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анхан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шат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болон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тайлангийн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маягт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ангилал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кодчилолыг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батлах</w:t>
      </w:r>
      <w:proofErr w:type="spellEnd"/>
      <w:r w:rsidRPr="00A55471">
        <w:rPr>
          <w:rFonts w:ascii="Arial" w:hAnsi="Arial" w:cs="Arial"/>
        </w:rPr>
        <w:t>;</w:t>
      </w:r>
    </w:p>
    <w:p w14:paraId="7366FC47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5.1.2.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солилцох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гэрээ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байгуулах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түдгэлзүүлэх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цуцлах</w:t>
      </w:r>
      <w:proofErr w:type="spellEnd"/>
      <w:r w:rsidRPr="00A55471">
        <w:rPr>
          <w:rFonts w:ascii="Arial" w:hAnsi="Arial" w:cs="Arial"/>
        </w:rPr>
        <w:t>;</w:t>
      </w:r>
    </w:p>
    <w:p w14:paraId="50E91BD7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5.1.3.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чанар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аюулгүй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байдал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ашиглалтад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хяналт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тавих</w:t>
      </w:r>
      <w:proofErr w:type="spellEnd"/>
      <w:r w:rsidRPr="00A55471">
        <w:rPr>
          <w:rFonts w:ascii="Arial" w:hAnsi="Arial" w:cs="Arial"/>
        </w:rPr>
        <w:t>;</w:t>
      </w:r>
    </w:p>
    <w:p w14:paraId="19DDDE40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5.1.4. </w:t>
      </w:r>
      <w:proofErr w:type="spellStart"/>
      <w:r w:rsidRPr="00A55471">
        <w:rPr>
          <w:rFonts w:ascii="Arial" w:hAnsi="Arial" w:cs="Arial"/>
        </w:rPr>
        <w:t>салбар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хоорондын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уялдаа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хамтын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ажиллагааг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хангах</w:t>
      </w:r>
      <w:proofErr w:type="spellEnd"/>
      <w:r w:rsidRPr="00A55471">
        <w:rPr>
          <w:rFonts w:ascii="Arial" w:hAnsi="Arial" w:cs="Arial"/>
        </w:rPr>
        <w:t>;</w:t>
      </w:r>
    </w:p>
    <w:p w14:paraId="6FA3FA3D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5.1.5. </w:t>
      </w:r>
      <w:proofErr w:type="spellStart"/>
      <w:r w:rsidRPr="00A55471">
        <w:rPr>
          <w:rFonts w:ascii="Arial" w:hAnsi="Arial" w:cs="Arial"/>
        </w:rPr>
        <w:t>нээлттэй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болон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хязгаарлагдмал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жагсаалтыг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тогтоох</w:t>
      </w:r>
      <w:proofErr w:type="spellEnd"/>
      <w:r w:rsidRPr="00A55471">
        <w:rPr>
          <w:rFonts w:ascii="Arial" w:hAnsi="Arial" w:cs="Arial"/>
        </w:rPr>
        <w:t>;</w:t>
      </w:r>
    </w:p>
    <w:p w14:paraId="00C3F0D2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5.1.6.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системийн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хөгжүүлэгчийг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сонгон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шалгаруулах</w:t>
      </w:r>
      <w:proofErr w:type="spellEnd"/>
      <w:r w:rsidRPr="00A55471">
        <w:rPr>
          <w:rFonts w:ascii="Arial" w:hAnsi="Arial" w:cs="Arial"/>
        </w:rPr>
        <w:t>;</w:t>
      </w:r>
    </w:p>
    <w:p w14:paraId="77FA6919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5.1.7.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хариуцагч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байгууллагыг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томилох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өөрчлөх</w:t>
      </w:r>
      <w:proofErr w:type="spellEnd"/>
      <w:r w:rsidRPr="00A55471">
        <w:rPr>
          <w:rFonts w:ascii="Arial" w:hAnsi="Arial" w:cs="Arial"/>
        </w:rPr>
        <w:t>;</w:t>
      </w:r>
    </w:p>
    <w:p w14:paraId="5C9EE8DB" w14:textId="77777777" w:rsidR="00A55471" w:rsidRDefault="00A55471" w:rsidP="00A55471">
      <w:pPr>
        <w:spacing w:after="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5.2.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хариуцагч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байгууллага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дараах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үүргийг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хүлээнэ</w:t>
      </w:r>
      <w:proofErr w:type="spellEnd"/>
      <w:r w:rsidRPr="00A55471">
        <w:rPr>
          <w:rFonts w:ascii="Arial" w:hAnsi="Arial" w:cs="Arial"/>
        </w:rPr>
        <w:t>:</w:t>
      </w:r>
    </w:p>
    <w:p w14:paraId="0AFE7AEB" w14:textId="77777777" w:rsidR="00B67B54" w:rsidRDefault="00B67B54" w:rsidP="00A55471">
      <w:pPr>
        <w:spacing w:after="0"/>
        <w:jc w:val="both"/>
        <w:rPr>
          <w:rFonts w:ascii="Arial" w:hAnsi="Arial" w:cs="Arial"/>
        </w:rPr>
      </w:pPr>
    </w:p>
    <w:p w14:paraId="64F9214D" w14:textId="38E802CA" w:rsidR="001F6A59" w:rsidRPr="001F6A59" w:rsidRDefault="001F6A59" w:rsidP="001F6A59">
      <w:pPr>
        <w:ind w:firstLine="360"/>
        <w:jc w:val="both"/>
        <w:rPr>
          <w:rFonts w:ascii="Arial" w:hAnsi="Arial" w:cs="Arial"/>
          <w:b/>
          <w:bCs/>
          <w:noProof/>
        </w:rPr>
      </w:pPr>
      <w:r w:rsidRPr="001F6A59">
        <w:rPr>
          <w:rFonts w:ascii="Arial" w:hAnsi="Arial" w:cs="Arial"/>
          <w:b/>
          <w:bCs/>
          <w:noProof/>
        </w:rPr>
        <w:t>ЭМЯ-Үндэсний төвийн статус, үүрэг</w:t>
      </w:r>
    </w:p>
    <w:p w14:paraId="447F6083" w14:textId="77777777" w:rsidR="001F6A59" w:rsidRPr="001F6A59" w:rsidRDefault="001F6A59" w:rsidP="001F6A59">
      <w:pPr>
        <w:numPr>
          <w:ilvl w:val="0"/>
          <w:numId w:val="13"/>
        </w:numPr>
        <w:spacing w:after="160" w:line="278" w:lineRule="auto"/>
        <w:jc w:val="both"/>
        <w:rPr>
          <w:rFonts w:ascii="Arial" w:hAnsi="Arial" w:cs="Arial"/>
          <w:noProof/>
        </w:rPr>
      </w:pPr>
      <w:r w:rsidRPr="001F6A59">
        <w:rPr>
          <w:rFonts w:ascii="Arial" w:hAnsi="Arial" w:cs="Arial"/>
          <w:noProof/>
        </w:rPr>
        <w:t xml:space="preserve">Өвчний хяналт, сэргийлэлтийн үндэсний төвийг нийгмийн эрүүл мэндийн мэдээллийн сангийн </w:t>
      </w:r>
      <w:r w:rsidRPr="001F6A59">
        <w:rPr>
          <w:rFonts w:ascii="Arial" w:hAnsi="Arial" w:cs="Arial"/>
          <w:b/>
          <w:bCs/>
          <w:noProof/>
        </w:rPr>
        <w:t>үндсэн оператор байгууллага</w:t>
      </w:r>
      <w:r w:rsidRPr="001F6A59">
        <w:rPr>
          <w:rFonts w:ascii="Arial" w:hAnsi="Arial" w:cs="Arial"/>
          <w:noProof/>
        </w:rPr>
        <w:t xml:space="preserve"> болгон тодорхойлно. </w:t>
      </w:r>
    </w:p>
    <w:p w14:paraId="65A65DC0" w14:textId="77777777" w:rsidR="001F6A59" w:rsidRPr="001F6A59" w:rsidRDefault="001F6A59" w:rsidP="001F6A59">
      <w:pPr>
        <w:numPr>
          <w:ilvl w:val="0"/>
          <w:numId w:val="13"/>
        </w:numPr>
        <w:spacing w:after="160" w:line="278" w:lineRule="auto"/>
        <w:jc w:val="both"/>
        <w:rPr>
          <w:rFonts w:ascii="Arial" w:hAnsi="Arial" w:cs="Arial"/>
          <w:noProof/>
        </w:rPr>
      </w:pPr>
      <w:r w:rsidRPr="001F6A59">
        <w:rPr>
          <w:rFonts w:ascii="Arial" w:hAnsi="Arial" w:cs="Arial"/>
          <w:noProof/>
        </w:rPr>
        <w:t xml:space="preserve">Тус төв нь: </w:t>
      </w:r>
    </w:p>
    <w:p w14:paraId="3A6778A0" w14:textId="77777777" w:rsidR="001F6A59" w:rsidRPr="001F6A59" w:rsidRDefault="001F6A59" w:rsidP="001F6A59">
      <w:pPr>
        <w:numPr>
          <w:ilvl w:val="1"/>
          <w:numId w:val="13"/>
        </w:numPr>
        <w:spacing w:after="160" w:line="278" w:lineRule="auto"/>
        <w:jc w:val="both"/>
        <w:rPr>
          <w:rFonts w:ascii="Arial" w:hAnsi="Arial" w:cs="Arial"/>
          <w:noProof/>
        </w:rPr>
      </w:pPr>
      <w:r w:rsidRPr="001F6A59">
        <w:rPr>
          <w:rFonts w:ascii="Arial" w:hAnsi="Arial" w:cs="Arial"/>
          <w:noProof/>
        </w:rPr>
        <w:t xml:space="preserve">үндэсний тандалтын мэдээлэл нэгтгэх </w:t>
      </w:r>
    </w:p>
    <w:p w14:paraId="2E8B5EDA" w14:textId="77777777" w:rsidR="001F6A59" w:rsidRPr="001F6A59" w:rsidRDefault="001F6A59" w:rsidP="001F6A59">
      <w:pPr>
        <w:numPr>
          <w:ilvl w:val="1"/>
          <w:numId w:val="13"/>
        </w:numPr>
        <w:spacing w:after="160" w:line="278" w:lineRule="auto"/>
        <w:jc w:val="both"/>
        <w:rPr>
          <w:rFonts w:ascii="Arial" w:hAnsi="Arial" w:cs="Arial"/>
          <w:noProof/>
        </w:rPr>
      </w:pPr>
      <w:r w:rsidRPr="001F6A59">
        <w:rPr>
          <w:rFonts w:ascii="Arial" w:hAnsi="Arial" w:cs="Arial"/>
          <w:noProof/>
        </w:rPr>
        <w:t xml:space="preserve">эрсдэлийн дүн шинжилгээ хийх </w:t>
      </w:r>
    </w:p>
    <w:p w14:paraId="33C2AB09" w14:textId="77777777" w:rsidR="001F6A59" w:rsidRPr="001F6A59" w:rsidRDefault="001F6A59" w:rsidP="001F6A59">
      <w:pPr>
        <w:numPr>
          <w:ilvl w:val="1"/>
          <w:numId w:val="13"/>
        </w:numPr>
        <w:spacing w:after="160" w:line="278" w:lineRule="auto"/>
        <w:jc w:val="both"/>
        <w:rPr>
          <w:rFonts w:ascii="Arial" w:hAnsi="Arial" w:cs="Arial"/>
          <w:noProof/>
        </w:rPr>
      </w:pPr>
      <w:r w:rsidRPr="001F6A59">
        <w:rPr>
          <w:rFonts w:ascii="Arial" w:hAnsi="Arial" w:cs="Arial"/>
          <w:noProof/>
        </w:rPr>
        <w:t xml:space="preserve">эрт сэрэмжлүүлэх хариу арга хэмжээ боловсруулах </w:t>
      </w:r>
    </w:p>
    <w:p w14:paraId="4E2849F1" w14:textId="77777777" w:rsidR="001F6A59" w:rsidRPr="001F6A59" w:rsidRDefault="001F6A59" w:rsidP="001F6A59">
      <w:pPr>
        <w:numPr>
          <w:ilvl w:val="1"/>
          <w:numId w:val="13"/>
        </w:numPr>
        <w:spacing w:after="160" w:line="278" w:lineRule="auto"/>
        <w:jc w:val="both"/>
        <w:rPr>
          <w:rFonts w:ascii="Arial" w:hAnsi="Arial" w:cs="Arial"/>
          <w:noProof/>
        </w:rPr>
      </w:pPr>
      <w:r w:rsidRPr="001F6A59">
        <w:rPr>
          <w:rFonts w:ascii="Arial" w:hAnsi="Arial" w:cs="Arial"/>
          <w:noProof/>
        </w:rPr>
        <w:t>шуурхай хариу арга хэмжээний мэдээллийг зохицуулах</w:t>
      </w:r>
      <w:r w:rsidRPr="001F6A59">
        <w:rPr>
          <w:rFonts w:ascii="Arial" w:hAnsi="Arial" w:cs="Arial"/>
          <w:noProof/>
        </w:rPr>
        <w:br/>
        <w:t xml:space="preserve">үндсэн чиг үүргийг хэрэгжүүлнэ. </w:t>
      </w:r>
    </w:p>
    <w:p w14:paraId="21845829" w14:textId="77777777" w:rsidR="001F6A59" w:rsidRPr="00A55471" w:rsidRDefault="001F6A59" w:rsidP="00A55471">
      <w:pPr>
        <w:spacing w:after="0"/>
        <w:jc w:val="both"/>
        <w:rPr>
          <w:rFonts w:ascii="Arial" w:hAnsi="Arial" w:cs="Arial"/>
        </w:rPr>
      </w:pPr>
    </w:p>
    <w:p w14:paraId="5757F9D7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5.2.1.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сангийн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хэвийн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ажиллагаа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аюулгүй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байдлыг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хангах</w:t>
      </w:r>
      <w:proofErr w:type="spellEnd"/>
      <w:r w:rsidRPr="00A55471">
        <w:rPr>
          <w:rFonts w:ascii="Arial" w:hAnsi="Arial" w:cs="Arial"/>
        </w:rPr>
        <w:t>;</w:t>
      </w:r>
    </w:p>
    <w:p w14:paraId="6518969A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5.2.2.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хандах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эрхийг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удирдах</w:t>
      </w:r>
      <w:proofErr w:type="spellEnd"/>
      <w:r w:rsidRPr="00A55471">
        <w:rPr>
          <w:rFonts w:ascii="Arial" w:hAnsi="Arial" w:cs="Arial"/>
        </w:rPr>
        <w:t>;</w:t>
      </w:r>
    </w:p>
    <w:p w14:paraId="7B56888E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5.2.3.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сангийн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системийн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үйлдлийн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бүртгэл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хариуцах</w:t>
      </w:r>
      <w:proofErr w:type="spellEnd"/>
      <w:r w:rsidRPr="00A55471">
        <w:rPr>
          <w:rFonts w:ascii="Arial" w:hAnsi="Arial" w:cs="Arial"/>
        </w:rPr>
        <w:t>;</w:t>
      </w:r>
    </w:p>
    <w:p w14:paraId="41C19E08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5.2.4.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системд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шаардлагатай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санхүүжилтийг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шийдвэрлэх</w:t>
      </w:r>
      <w:proofErr w:type="spellEnd"/>
      <w:r w:rsidRPr="00A55471">
        <w:rPr>
          <w:rFonts w:ascii="Arial" w:hAnsi="Arial" w:cs="Arial"/>
        </w:rPr>
        <w:t>;</w:t>
      </w:r>
    </w:p>
    <w:p w14:paraId="3BD868DB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5.2.5.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аюулгүй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байдлын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зөрчлийг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илрүүлэх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арилгах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арга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хэмжээ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авах</w:t>
      </w:r>
      <w:proofErr w:type="spellEnd"/>
      <w:r w:rsidRPr="00A55471">
        <w:rPr>
          <w:rFonts w:ascii="Arial" w:hAnsi="Arial" w:cs="Arial"/>
        </w:rPr>
        <w:t>;</w:t>
      </w:r>
    </w:p>
    <w:p w14:paraId="783B6C20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lastRenderedPageBreak/>
        <w:t xml:space="preserve">5.2.6. </w:t>
      </w:r>
      <w:proofErr w:type="spellStart"/>
      <w:r w:rsidRPr="00A55471">
        <w:rPr>
          <w:rFonts w:ascii="Arial" w:hAnsi="Arial" w:cs="Arial"/>
        </w:rPr>
        <w:t>хэрэглэгчийн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сургалт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арга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зүйгээр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хангах</w:t>
      </w:r>
      <w:proofErr w:type="spellEnd"/>
      <w:r w:rsidRPr="00A55471">
        <w:rPr>
          <w:rFonts w:ascii="Arial" w:hAnsi="Arial" w:cs="Arial"/>
        </w:rPr>
        <w:t>;</w:t>
      </w:r>
    </w:p>
    <w:p w14:paraId="1AB00E46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5.2.7. </w:t>
      </w:r>
      <w:proofErr w:type="spellStart"/>
      <w:r w:rsidRPr="00A55471">
        <w:rPr>
          <w:rFonts w:ascii="Arial" w:hAnsi="Arial" w:cs="Arial"/>
        </w:rPr>
        <w:t>бодит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цагийн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горимоор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цуглуулахдаа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эрмэлзэх</w:t>
      </w:r>
      <w:proofErr w:type="spellEnd"/>
      <w:r w:rsidRPr="00A55471">
        <w:rPr>
          <w:rFonts w:ascii="Arial" w:hAnsi="Arial" w:cs="Arial"/>
        </w:rPr>
        <w:t>;</w:t>
      </w:r>
    </w:p>
    <w:p w14:paraId="6F2056A3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5.2.8. </w:t>
      </w:r>
      <w:proofErr w:type="spellStart"/>
      <w:r w:rsidRPr="00A55471">
        <w:rPr>
          <w:rFonts w:ascii="Arial" w:hAnsi="Arial" w:cs="Arial"/>
        </w:rPr>
        <w:t>мэдээлэлд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үнэлэлт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дүгнэлт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хийх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хүний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нөөцийг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7D482E">
        <w:rPr>
          <w:rFonts w:ascii="Arial" w:hAnsi="Arial" w:cs="Arial"/>
        </w:rPr>
        <w:t>хангах</w:t>
      </w:r>
      <w:proofErr w:type="spellEnd"/>
      <w:r w:rsidRPr="007D482E">
        <w:rPr>
          <w:rFonts w:ascii="Arial" w:hAnsi="Arial" w:cs="Arial"/>
        </w:rPr>
        <w:t xml:space="preserve">, </w:t>
      </w:r>
      <w:proofErr w:type="spellStart"/>
      <w:r w:rsidRPr="007D482E">
        <w:rPr>
          <w:rFonts w:ascii="Arial" w:hAnsi="Arial" w:cs="Arial"/>
        </w:rPr>
        <w:t>ажиллах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нөхцөлөөр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хангах</w:t>
      </w:r>
      <w:proofErr w:type="spellEnd"/>
      <w:r w:rsidRPr="00A55471">
        <w:rPr>
          <w:rFonts w:ascii="Arial" w:hAnsi="Arial" w:cs="Arial"/>
        </w:rPr>
        <w:t>;</w:t>
      </w:r>
    </w:p>
    <w:p w14:paraId="46A8A8CB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5.3.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нийлүүлэгч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байгууллага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дараах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үүргийг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хүлээнэ</w:t>
      </w:r>
      <w:proofErr w:type="spellEnd"/>
      <w:r w:rsidRPr="00A55471">
        <w:rPr>
          <w:rFonts w:ascii="Arial" w:hAnsi="Arial" w:cs="Arial"/>
        </w:rPr>
        <w:t>:</w:t>
      </w:r>
    </w:p>
    <w:p w14:paraId="4F605E12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5.3.1.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үнэн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зөв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бүрэн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байдлыг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хариуцах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хяналт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тавих</w:t>
      </w:r>
      <w:proofErr w:type="spellEnd"/>
      <w:r w:rsidRPr="00A55471">
        <w:rPr>
          <w:rFonts w:ascii="Arial" w:hAnsi="Arial" w:cs="Arial"/>
        </w:rPr>
        <w:t>;</w:t>
      </w:r>
    </w:p>
    <w:p w14:paraId="3F05A8B6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5.3.2. </w:t>
      </w:r>
      <w:proofErr w:type="spellStart"/>
      <w:r w:rsidRPr="00A55471">
        <w:rPr>
          <w:rFonts w:ascii="Arial" w:hAnsi="Arial" w:cs="Arial"/>
        </w:rPr>
        <w:t>мэдээллийг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баталгаажуулах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албан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тушаалтан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томилох</w:t>
      </w:r>
      <w:proofErr w:type="spellEnd"/>
      <w:r w:rsidRPr="00A55471">
        <w:rPr>
          <w:rFonts w:ascii="Arial" w:hAnsi="Arial" w:cs="Arial"/>
        </w:rPr>
        <w:t>;</w:t>
      </w:r>
    </w:p>
    <w:p w14:paraId="57263598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5.3.3. </w:t>
      </w:r>
      <w:proofErr w:type="spellStart"/>
      <w:r w:rsidRPr="00A55471">
        <w:rPr>
          <w:rFonts w:ascii="Arial" w:hAnsi="Arial" w:cs="Arial"/>
        </w:rPr>
        <w:t>алдаа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зөрчлийг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тогтоосон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хугацаанд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засварлах</w:t>
      </w:r>
      <w:proofErr w:type="spellEnd"/>
      <w:r w:rsidRPr="00A55471">
        <w:rPr>
          <w:rFonts w:ascii="Arial" w:hAnsi="Arial" w:cs="Arial"/>
        </w:rPr>
        <w:t>;</w:t>
      </w:r>
    </w:p>
    <w:p w14:paraId="6FE2DC23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5.3.4. </w:t>
      </w:r>
      <w:proofErr w:type="spellStart"/>
      <w:r w:rsidRPr="00A55471">
        <w:rPr>
          <w:rFonts w:ascii="Arial" w:hAnsi="Arial" w:cs="Arial"/>
        </w:rPr>
        <w:t>нууцлал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хамгаалалтын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журмыг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мөрдүүлэх</w:t>
      </w:r>
      <w:proofErr w:type="spellEnd"/>
      <w:r w:rsidRPr="00A55471">
        <w:rPr>
          <w:rFonts w:ascii="Arial" w:hAnsi="Arial" w:cs="Arial"/>
        </w:rPr>
        <w:t>;</w:t>
      </w:r>
    </w:p>
    <w:p w14:paraId="6D241556" w14:textId="77777777" w:rsidR="00A55471" w:rsidRPr="00A55471" w:rsidRDefault="00A55471" w:rsidP="00A55471">
      <w:pPr>
        <w:spacing w:after="1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5.4. </w:t>
      </w:r>
      <w:proofErr w:type="spellStart"/>
      <w:r w:rsidRPr="00A55471">
        <w:rPr>
          <w:rFonts w:ascii="Arial" w:hAnsi="Arial" w:cs="Arial"/>
        </w:rPr>
        <w:t>Систем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хөгжүүлэгч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дараах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үүргийг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хүлээнэ</w:t>
      </w:r>
      <w:proofErr w:type="spellEnd"/>
      <w:r w:rsidRPr="00A55471">
        <w:rPr>
          <w:rFonts w:ascii="Arial" w:hAnsi="Arial" w:cs="Arial"/>
        </w:rPr>
        <w:t>:</w:t>
      </w:r>
    </w:p>
    <w:p w14:paraId="1C53705E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5.4.1. </w:t>
      </w:r>
      <w:proofErr w:type="spellStart"/>
      <w:r w:rsidRPr="00A55471">
        <w:rPr>
          <w:rFonts w:ascii="Arial" w:hAnsi="Arial" w:cs="Arial"/>
        </w:rPr>
        <w:t>системийг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хууль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журам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стандартын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шаардлагад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нийцүүлэн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хөгжүүлэх</w:t>
      </w:r>
      <w:proofErr w:type="spellEnd"/>
      <w:r w:rsidRPr="00A55471">
        <w:rPr>
          <w:rFonts w:ascii="Arial" w:hAnsi="Arial" w:cs="Arial"/>
        </w:rPr>
        <w:t>;</w:t>
      </w:r>
    </w:p>
    <w:p w14:paraId="480A7DD2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5.4.2. </w:t>
      </w:r>
      <w:proofErr w:type="spellStart"/>
      <w:r w:rsidRPr="00A55471">
        <w:rPr>
          <w:rFonts w:ascii="Arial" w:hAnsi="Arial" w:cs="Arial"/>
        </w:rPr>
        <w:t>зөвхөн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гэрээнд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заасан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хүрээнд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авах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дамжуулах</w:t>
      </w:r>
      <w:proofErr w:type="spellEnd"/>
      <w:r w:rsidRPr="00A55471">
        <w:rPr>
          <w:rFonts w:ascii="Arial" w:hAnsi="Arial" w:cs="Arial"/>
        </w:rPr>
        <w:t>;</w:t>
      </w:r>
    </w:p>
    <w:p w14:paraId="5589B98E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5.4.3.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аюулгүй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байдал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нууцлалыг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хангах</w:t>
      </w:r>
      <w:proofErr w:type="spellEnd"/>
      <w:r w:rsidRPr="00A55471">
        <w:rPr>
          <w:rFonts w:ascii="Arial" w:hAnsi="Arial" w:cs="Arial"/>
        </w:rPr>
        <w:t>;</w:t>
      </w:r>
    </w:p>
    <w:p w14:paraId="1FA05561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5.4.4. </w:t>
      </w:r>
      <w:proofErr w:type="spellStart"/>
      <w:r w:rsidRPr="00A55471">
        <w:rPr>
          <w:rFonts w:ascii="Arial" w:hAnsi="Arial" w:cs="Arial"/>
        </w:rPr>
        <w:t>системийн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өөрчлөлт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шинэчлэлт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засвар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үйлчилгээний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урьдчилан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мэдэгдэх</w:t>
      </w:r>
      <w:proofErr w:type="spellEnd"/>
      <w:r w:rsidRPr="00A55471">
        <w:rPr>
          <w:rFonts w:ascii="Arial" w:hAnsi="Arial" w:cs="Arial"/>
        </w:rPr>
        <w:t>;</w:t>
      </w:r>
    </w:p>
    <w:p w14:paraId="64F82714" w14:textId="77777777" w:rsidR="00A55471" w:rsidRPr="00A55471" w:rsidRDefault="00A55471" w:rsidP="00A55471">
      <w:pPr>
        <w:spacing w:after="120"/>
        <w:ind w:left="720"/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5.4.5. </w:t>
      </w:r>
      <w:proofErr w:type="spellStart"/>
      <w:r w:rsidRPr="00A55471">
        <w:rPr>
          <w:rFonts w:ascii="Arial" w:hAnsi="Arial" w:cs="Arial"/>
        </w:rPr>
        <w:t>саатал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гэмтлийн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үед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хариуцагчид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дэмжлэг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үзүүлэх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хамтарч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ажиллах</w:t>
      </w:r>
      <w:proofErr w:type="spellEnd"/>
      <w:r w:rsidRPr="00A55471">
        <w:rPr>
          <w:rFonts w:ascii="Arial" w:hAnsi="Arial" w:cs="Arial"/>
        </w:rPr>
        <w:t>;</w:t>
      </w:r>
    </w:p>
    <w:p w14:paraId="1F0016FD" w14:textId="77777777" w:rsidR="00A55471" w:rsidRPr="00A55471" w:rsidRDefault="00A55471" w:rsidP="00A55471">
      <w:pPr>
        <w:jc w:val="both"/>
        <w:rPr>
          <w:rFonts w:ascii="Arial" w:hAnsi="Arial" w:cs="Arial"/>
          <w:b/>
          <w:bCs/>
        </w:rPr>
      </w:pPr>
    </w:p>
    <w:p w14:paraId="617EB0E3" w14:textId="77777777" w:rsidR="00A55471" w:rsidRPr="00A55471" w:rsidRDefault="00A55471" w:rsidP="00A55471">
      <w:pPr>
        <w:jc w:val="center"/>
        <w:rPr>
          <w:rFonts w:ascii="Arial" w:hAnsi="Arial" w:cs="Arial"/>
          <w:b/>
          <w:bCs/>
        </w:rPr>
      </w:pPr>
      <w:r w:rsidRPr="00A55471">
        <w:rPr>
          <w:rFonts w:ascii="Arial" w:hAnsi="Arial" w:cs="Arial"/>
          <w:b/>
          <w:bCs/>
        </w:rPr>
        <w:t>ЗУРГАА. МЭДЭЭЛЛИЙГ ХАДГАЛАХ, АЮУЛГҮЙ БАЙДЛЫГ ХАНГАХ</w:t>
      </w:r>
    </w:p>
    <w:p w14:paraId="5454F185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6.1. </w:t>
      </w:r>
      <w:proofErr w:type="spellStart"/>
      <w:r w:rsidRPr="00A55471">
        <w:rPr>
          <w:rFonts w:ascii="Arial" w:hAnsi="Arial" w:cs="Arial"/>
        </w:rPr>
        <w:t>Кибер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аюулгүй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байдлын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тухай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хуулийн</w:t>
      </w:r>
      <w:proofErr w:type="spellEnd"/>
      <w:r w:rsidRPr="00A55471">
        <w:rPr>
          <w:rFonts w:ascii="Arial" w:hAnsi="Arial" w:cs="Arial"/>
        </w:rPr>
        <w:t xml:space="preserve"> 2 </w:t>
      </w:r>
      <w:proofErr w:type="spellStart"/>
      <w:r w:rsidRPr="00A55471">
        <w:rPr>
          <w:rFonts w:ascii="Arial" w:hAnsi="Arial" w:cs="Arial"/>
        </w:rPr>
        <w:t>дугаар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зүйлд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заасны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дагуу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сангийн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аюулгүй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байдлыг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хариуцагч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зохион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байгуулна</w:t>
      </w:r>
      <w:proofErr w:type="spellEnd"/>
      <w:r w:rsidRPr="00A55471">
        <w:rPr>
          <w:rFonts w:ascii="Arial" w:hAnsi="Arial" w:cs="Arial"/>
        </w:rPr>
        <w:t>.</w:t>
      </w:r>
    </w:p>
    <w:p w14:paraId="59C25B39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6.2.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хариуцагч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нь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Кибер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аюулгүй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байдлыг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хангах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нийтлэг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журмын</w:t>
      </w:r>
      <w:proofErr w:type="spellEnd"/>
      <w:r w:rsidRPr="00A55471">
        <w:rPr>
          <w:rFonts w:ascii="Arial" w:hAnsi="Arial" w:cs="Arial"/>
        </w:rPr>
        <w:t xml:space="preserve"> 4.4-т </w:t>
      </w:r>
      <w:proofErr w:type="spellStart"/>
      <w:r w:rsidRPr="00A55471">
        <w:rPr>
          <w:rFonts w:ascii="Arial" w:hAnsi="Arial" w:cs="Arial"/>
        </w:rPr>
        <w:t>заасан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шаардлага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хангасан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өрөө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буюу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зориулалтын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төвд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байршуулах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бөгөөд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Кибер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аюулгүй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байдлын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тухай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хуулийн</w:t>
      </w:r>
      <w:proofErr w:type="spellEnd"/>
      <w:r w:rsidRPr="00A55471">
        <w:rPr>
          <w:rFonts w:ascii="Arial" w:hAnsi="Arial" w:cs="Arial"/>
        </w:rPr>
        <w:t xml:space="preserve"> 7.1-д </w:t>
      </w:r>
      <w:proofErr w:type="spellStart"/>
      <w:r w:rsidRPr="00A55471">
        <w:rPr>
          <w:rFonts w:ascii="Arial" w:hAnsi="Arial" w:cs="Arial"/>
        </w:rPr>
        <w:t>заасан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нийтлэг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журмыг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мөрдөнө</w:t>
      </w:r>
      <w:proofErr w:type="spellEnd"/>
      <w:r w:rsidRPr="00A55471">
        <w:rPr>
          <w:rFonts w:ascii="Arial" w:hAnsi="Arial" w:cs="Arial"/>
        </w:rPr>
        <w:t>.</w:t>
      </w:r>
    </w:p>
    <w:p w14:paraId="103286BB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6.3.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хариуцагч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нь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ашиглаж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байгаа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систем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өөрчлөгдсөн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хөгжүүлэгчийн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үйл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ажиллагаа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зогссон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татан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буугдсан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бол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нийлүүлэгчээс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холбогдох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бичиг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баримтын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хамт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хүлээн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авна</w:t>
      </w:r>
      <w:proofErr w:type="spellEnd"/>
      <w:r w:rsidRPr="00A55471">
        <w:rPr>
          <w:rFonts w:ascii="Arial" w:hAnsi="Arial" w:cs="Arial"/>
        </w:rPr>
        <w:t>.</w:t>
      </w:r>
    </w:p>
    <w:p w14:paraId="7D67726C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6.4. </w:t>
      </w:r>
      <w:proofErr w:type="spellStart"/>
      <w:r w:rsidRPr="00A55471">
        <w:rPr>
          <w:rFonts w:ascii="Arial" w:hAnsi="Arial" w:cs="Arial"/>
        </w:rPr>
        <w:t>Мэдээллийн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системийг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хөгжүүлэгч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нь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хариуцагчтай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байгуулсан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үйлчилгээ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үзүүлэх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гэрээнд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зааснаас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бусад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зорилгоор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боловсруулах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ашиглах</w:t>
      </w:r>
      <w:proofErr w:type="spellEnd"/>
      <w:r w:rsidRPr="00A55471">
        <w:rPr>
          <w:rFonts w:ascii="Arial" w:hAnsi="Arial" w:cs="Arial"/>
        </w:rPr>
        <w:t>, </w:t>
      </w:r>
      <w:proofErr w:type="spellStart"/>
      <w:r w:rsidRPr="00A55471">
        <w:rPr>
          <w:rFonts w:ascii="Arial" w:hAnsi="Arial" w:cs="Arial"/>
        </w:rPr>
        <w:t>гуравдагч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этгээдэд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дамжуулахыг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хориглоно</w:t>
      </w:r>
      <w:proofErr w:type="spellEnd"/>
      <w:r w:rsidRPr="00A55471">
        <w:rPr>
          <w:rFonts w:ascii="Arial" w:hAnsi="Arial" w:cs="Arial"/>
        </w:rPr>
        <w:t>.</w:t>
      </w:r>
    </w:p>
    <w:p w14:paraId="2A231152" w14:textId="0CF2BF11" w:rsidR="00A55471" w:rsidRPr="00A55471" w:rsidRDefault="00A55471" w:rsidP="00A55471">
      <w:pPr>
        <w:jc w:val="center"/>
        <w:rPr>
          <w:rFonts w:ascii="Arial" w:hAnsi="Arial" w:cs="Arial"/>
          <w:b/>
          <w:bCs/>
        </w:rPr>
      </w:pPr>
      <w:r w:rsidRPr="00A55471">
        <w:rPr>
          <w:rFonts w:ascii="Arial" w:hAnsi="Arial" w:cs="Arial"/>
          <w:b/>
          <w:bCs/>
        </w:rPr>
        <w:t>ДОЛОО.</w:t>
      </w:r>
      <w:r>
        <w:rPr>
          <w:rFonts w:ascii="Arial" w:hAnsi="Arial" w:cs="Arial"/>
          <w:b/>
          <w:bCs/>
        </w:rPr>
        <w:t xml:space="preserve"> </w:t>
      </w:r>
      <w:r w:rsidRPr="00A55471">
        <w:rPr>
          <w:rFonts w:ascii="Arial" w:hAnsi="Arial" w:cs="Arial"/>
          <w:b/>
          <w:bCs/>
        </w:rPr>
        <w:t>ХАРИУЦЛАГА</w:t>
      </w:r>
    </w:p>
    <w:p w14:paraId="1E5C3655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lastRenderedPageBreak/>
        <w:t xml:space="preserve">7.1. </w:t>
      </w:r>
      <w:proofErr w:type="spellStart"/>
      <w:r w:rsidRPr="00A55471">
        <w:rPr>
          <w:rFonts w:ascii="Arial" w:hAnsi="Arial" w:cs="Arial"/>
        </w:rPr>
        <w:t>Энэ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журмыг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зөрчсөн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хүн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хуулийн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этгээдэд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холбогдох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хууль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тогтоомжид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заасны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дагуу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хариуцлага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хүлээлгэнэ</w:t>
      </w:r>
      <w:proofErr w:type="spellEnd"/>
      <w:r w:rsidRPr="00A55471">
        <w:rPr>
          <w:rFonts w:ascii="Arial" w:hAnsi="Arial" w:cs="Arial"/>
        </w:rPr>
        <w:t>.</w:t>
      </w:r>
    </w:p>
    <w:p w14:paraId="529D0F8D" w14:textId="77777777" w:rsidR="00A55471" w:rsidRPr="00A55471" w:rsidRDefault="00A55471" w:rsidP="00A55471">
      <w:pPr>
        <w:jc w:val="both"/>
        <w:rPr>
          <w:rFonts w:ascii="Arial" w:hAnsi="Arial" w:cs="Arial"/>
        </w:rPr>
      </w:pPr>
      <w:r w:rsidRPr="00A55471">
        <w:rPr>
          <w:rFonts w:ascii="Arial" w:hAnsi="Arial" w:cs="Arial"/>
        </w:rPr>
        <w:t xml:space="preserve">7.2. </w:t>
      </w:r>
      <w:proofErr w:type="spellStart"/>
      <w:r w:rsidRPr="00A55471">
        <w:rPr>
          <w:rFonts w:ascii="Arial" w:hAnsi="Arial" w:cs="Arial"/>
        </w:rPr>
        <w:t>Нэгдсэн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сангаас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мэдээллийг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ашиглаж</w:t>
      </w:r>
      <w:proofErr w:type="spellEnd"/>
      <w:r w:rsidRPr="00A55471">
        <w:rPr>
          <w:rFonts w:ascii="Arial" w:hAnsi="Arial" w:cs="Arial"/>
        </w:rPr>
        <w:t xml:space="preserve">, </w:t>
      </w:r>
      <w:proofErr w:type="spellStart"/>
      <w:r w:rsidRPr="00A55471">
        <w:rPr>
          <w:rFonts w:ascii="Arial" w:hAnsi="Arial" w:cs="Arial"/>
        </w:rPr>
        <w:t>боловсруулж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буй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хуулийн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этгээд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нь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мэдээлэл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алдагдсанаас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үүсэх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хариуцлагыг</w:t>
      </w:r>
      <w:proofErr w:type="spellEnd"/>
      <w:r w:rsidRPr="00A55471">
        <w:rPr>
          <w:rFonts w:ascii="Arial" w:hAnsi="Arial" w:cs="Arial"/>
        </w:rPr>
        <w:t xml:space="preserve"> </w:t>
      </w:r>
      <w:proofErr w:type="spellStart"/>
      <w:r w:rsidRPr="00A55471">
        <w:rPr>
          <w:rFonts w:ascii="Arial" w:hAnsi="Arial" w:cs="Arial"/>
        </w:rPr>
        <w:t>хүлээнэ</w:t>
      </w:r>
      <w:proofErr w:type="spellEnd"/>
      <w:r w:rsidRPr="00A55471">
        <w:rPr>
          <w:rFonts w:ascii="Arial" w:hAnsi="Arial" w:cs="Arial"/>
        </w:rPr>
        <w:t>.</w:t>
      </w:r>
    </w:p>
    <w:p w14:paraId="3DBEC939" w14:textId="77777777" w:rsidR="00A55471" w:rsidRDefault="00A55471">
      <w:pPr>
        <w:spacing w:after="0" w:line="360" w:lineRule="auto"/>
        <w:ind w:firstLine="709"/>
        <w:jc w:val="both"/>
        <w:rPr>
          <w:rFonts w:ascii="Arial" w:hAnsi="Arial" w:cs="Arial"/>
        </w:rPr>
      </w:pPr>
    </w:p>
    <w:sectPr w:rsidR="00A55471" w:rsidSect="00034616">
      <w:footerReference w:type="default" r:id="rId8"/>
      <w:pgSz w:w="11906" w:h="16838"/>
      <w:pgMar w:top="1417" w:right="1134" w:bottom="1417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4CB9D" w14:textId="77777777" w:rsidR="00951591" w:rsidRDefault="00951591">
      <w:pPr>
        <w:spacing w:after="0" w:line="240" w:lineRule="auto"/>
      </w:pPr>
      <w:r>
        <w:separator/>
      </w:r>
    </w:p>
  </w:endnote>
  <w:endnote w:type="continuationSeparator" w:id="0">
    <w:p w14:paraId="74972FD1" w14:textId="77777777" w:rsidR="00951591" w:rsidRDefault="0095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65237" w14:textId="77777777" w:rsidR="00F226C3" w:rsidRDefault="00847C00">
    <w:pPr>
      <w:pStyle w:val="Footer"/>
      <w:jc w:val="center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B23E2F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C1CF8" w14:textId="77777777" w:rsidR="00951591" w:rsidRDefault="00951591">
      <w:pPr>
        <w:spacing w:after="0" w:line="240" w:lineRule="auto"/>
      </w:pPr>
      <w:r>
        <w:separator/>
      </w:r>
    </w:p>
  </w:footnote>
  <w:footnote w:type="continuationSeparator" w:id="0">
    <w:p w14:paraId="38710DBD" w14:textId="77777777" w:rsidR="00951591" w:rsidRDefault="00951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9D71DE"/>
    <w:multiLevelType w:val="multilevel"/>
    <w:tmpl w:val="5DBE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EE6C4F"/>
    <w:multiLevelType w:val="multilevel"/>
    <w:tmpl w:val="D396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515F75"/>
    <w:multiLevelType w:val="multilevel"/>
    <w:tmpl w:val="874E4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C94CD3"/>
    <w:multiLevelType w:val="multilevel"/>
    <w:tmpl w:val="EB52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1677016">
    <w:abstractNumId w:val="8"/>
  </w:num>
  <w:num w:numId="2" w16cid:durableId="417026244">
    <w:abstractNumId w:val="6"/>
  </w:num>
  <w:num w:numId="3" w16cid:durableId="41297090">
    <w:abstractNumId w:val="5"/>
  </w:num>
  <w:num w:numId="4" w16cid:durableId="349455595">
    <w:abstractNumId w:val="4"/>
  </w:num>
  <w:num w:numId="5" w16cid:durableId="1491286339">
    <w:abstractNumId w:val="7"/>
  </w:num>
  <w:num w:numId="6" w16cid:durableId="1943029627">
    <w:abstractNumId w:val="3"/>
  </w:num>
  <w:num w:numId="7" w16cid:durableId="2020152845">
    <w:abstractNumId w:val="2"/>
  </w:num>
  <w:num w:numId="8" w16cid:durableId="551427682">
    <w:abstractNumId w:val="1"/>
  </w:num>
  <w:num w:numId="9" w16cid:durableId="1472748558">
    <w:abstractNumId w:val="0"/>
  </w:num>
  <w:num w:numId="10" w16cid:durableId="1136725363">
    <w:abstractNumId w:val="11"/>
  </w:num>
  <w:num w:numId="11" w16cid:durableId="1934701105">
    <w:abstractNumId w:val="10"/>
  </w:num>
  <w:num w:numId="12" w16cid:durableId="38826385">
    <w:abstractNumId w:val="12"/>
  </w:num>
  <w:num w:numId="13" w16cid:durableId="18456306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8FE"/>
    <w:rsid w:val="0006063C"/>
    <w:rsid w:val="000C33CE"/>
    <w:rsid w:val="001174D2"/>
    <w:rsid w:val="0015074B"/>
    <w:rsid w:val="001D7344"/>
    <w:rsid w:val="001F6A59"/>
    <w:rsid w:val="00211B20"/>
    <w:rsid w:val="00277CDA"/>
    <w:rsid w:val="0029639D"/>
    <w:rsid w:val="002D7666"/>
    <w:rsid w:val="00304A09"/>
    <w:rsid w:val="00321637"/>
    <w:rsid w:val="00326F90"/>
    <w:rsid w:val="003E2AFE"/>
    <w:rsid w:val="00443B68"/>
    <w:rsid w:val="00495C7E"/>
    <w:rsid w:val="004A5B82"/>
    <w:rsid w:val="00532694"/>
    <w:rsid w:val="005549C1"/>
    <w:rsid w:val="005E5C3C"/>
    <w:rsid w:val="006B1CD3"/>
    <w:rsid w:val="006C4091"/>
    <w:rsid w:val="006E6DF6"/>
    <w:rsid w:val="00721F66"/>
    <w:rsid w:val="00741D97"/>
    <w:rsid w:val="00763F9D"/>
    <w:rsid w:val="007A09BD"/>
    <w:rsid w:val="007D482E"/>
    <w:rsid w:val="007F652C"/>
    <w:rsid w:val="0083321E"/>
    <w:rsid w:val="00847C00"/>
    <w:rsid w:val="008979DB"/>
    <w:rsid w:val="008D7029"/>
    <w:rsid w:val="00931DD0"/>
    <w:rsid w:val="00935F20"/>
    <w:rsid w:val="00951591"/>
    <w:rsid w:val="00964F2B"/>
    <w:rsid w:val="00971E41"/>
    <w:rsid w:val="00982587"/>
    <w:rsid w:val="00A13D8E"/>
    <w:rsid w:val="00A55471"/>
    <w:rsid w:val="00AA1D8D"/>
    <w:rsid w:val="00B06FCE"/>
    <w:rsid w:val="00B23E2F"/>
    <w:rsid w:val="00B46F85"/>
    <w:rsid w:val="00B47730"/>
    <w:rsid w:val="00B67B54"/>
    <w:rsid w:val="00BA26AE"/>
    <w:rsid w:val="00BC4C5A"/>
    <w:rsid w:val="00BD0FA5"/>
    <w:rsid w:val="00C41D8C"/>
    <w:rsid w:val="00C85F31"/>
    <w:rsid w:val="00CB0664"/>
    <w:rsid w:val="00D0245D"/>
    <w:rsid w:val="00D2288E"/>
    <w:rsid w:val="00DA5C61"/>
    <w:rsid w:val="00E2529E"/>
    <w:rsid w:val="00E453D8"/>
    <w:rsid w:val="00E47AF0"/>
    <w:rsid w:val="00EA2666"/>
    <w:rsid w:val="00EC3263"/>
    <w:rsid w:val="00F226C3"/>
    <w:rsid w:val="00F6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9F5B86"/>
  <w14:defaultImageDpi w14:val="300"/>
  <w15:docId w15:val="{37D6D256-7626-4598-9993-AA2F72B1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82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5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587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5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587"/>
    <w:rPr>
      <w:rFonts w:ascii="Times New Roman" w:eastAsia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587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549C1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D0245D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6C6A97-1E35-4C94-97E2-4D91F9D71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14</cp:revision>
  <dcterms:created xsi:type="dcterms:W3CDTF">2026-04-29T02:26:00Z</dcterms:created>
  <dcterms:modified xsi:type="dcterms:W3CDTF">2026-07-23T07:53:00Z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dd8d0f12-e8ba-46a2-aff6-8aa10d156a4c</vt:lpwstr>
  </property>
</Properties>
</file>